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4D0E" w14:textId="77777777" w:rsidR="00F5203D" w:rsidRPr="00D4644D" w:rsidRDefault="00D4644D">
      <w:pPr>
        <w:pStyle w:val="Title"/>
        <w:rPr>
          <w:color w:val="auto"/>
        </w:rPr>
      </w:pPr>
      <w:r w:rsidRPr="00D4644D">
        <w:rPr>
          <w:color w:val="auto"/>
        </w:rPr>
        <w:t>Ullenhall Parish Council</w:t>
      </w:r>
    </w:p>
    <w:p w14:paraId="0ACCF020" w14:textId="77777777" w:rsidR="00F5203D" w:rsidRPr="00D4644D" w:rsidRDefault="00D4644D">
      <w:pPr>
        <w:pStyle w:val="Heading1"/>
        <w:rPr>
          <w:color w:val="auto"/>
        </w:rPr>
      </w:pPr>
      <w:r w:rsidRPr="00D4644D">
        <w:rPr>
          <w:color w:val="auto"/>
        </w:rPr>
        <w:t>Planning Application Meeting Agenda</w:t>
      </w:r>
    </w:p>
    <w:p w14:paraId="7324AD86" w14:textId="2B69A6E7" w:rsidR="00F5203D" w:rsidRPr="00D4644D" w:rsidRDefault="00D4644D">
      <w:r w:rsidRPr="00D4644D">
        <w:t>Date:</w:t>
      </w:r>
      <w:r w:rsidR="00BB44FD">
        <w:t xml:space="preserve"> Tuesday 22</w:t>
      </w:r>
      <w:r w:rsidR="00BB44FD" w:rsidRPr="00BB44FD">
        <w:rPr>
          <w:vertAlign w:val="superscript"/>
        </w:rPr>
        <w:t>nd</w:t>
      </w:r>
      <w:r w:rsidR="00BB44FD">
        <w:t xml:space="preserve"> September 2026</w:t>
      </w:r>
    </w:p>
    <w:p w14:paraId="6121ECD5" w14:textId="557F4CBA" w:rsidR="00F5203D" w:rsidRPr="00D4644D" w:rsidRDefault="00D4644D">
      <w:r w:rsidRPr="00D4644D">
        <w:t xml:space="preserve">Time: </w:t>
      </w:r>
      <w:r w:rsidR="00BB44FD">
        <w:t>7</w:t>
      </w:r>
      <w:r w:rsidRPr="00D4644D">
        <w:t>pm</w:t>
      </w:r>
    </w:p>
    <w:p w14:paraId="03DF42B9" w14:textId="2DF67664" w:rsidR="00F5203D" w:rsidRPr="00D4644D" w:rsidRDefault="00D4644D">
      <w:r w:rsidRPr="00D4644D">
        <w:t>Location: Meeting Room, Ullenhall Village Hall</w:t>
      </w:r>
    </w:p>
    <w:p w14:paraId="571C55E9" w14:textId="683BF320" w:rsidR="00F5203D" w:rsidRPr="00D4644D" w:rsidRDefault="00D4644D" w:rsidP="00D4644D">
      <w:pPr>
        <w:pStyle w:val="Heading2"/>
        <w:rPr>
          <w:color w:val="auto"/>
        </w:rPr>
      </w:pPr>
      <w:r w:rsidRPr="00D4644D">
        <w:rPr>
          <w:color w:val="auto"/>
        </w:rPr>
        <w:t>1. Apologies for Absence</w:t>
      </w:r>
    </w:p>
    <w:p w14:paraId="4D5ABA2D" w14:textId="65D7E031" w:rsidR="00F5203D" w:rsidRPr="00D4644D" w:rsidRDefault="00D4644D" w:rsidP="00D4644D">
      <w:pPr>
        <w:pStyle w:val="Heading2"/>
        <w:rPr>
          <w:color w:val="auto"/>
        </w:rPr>
      </w:pPr>
      <w:r w:rsidRPr="00D4644D">
        <w:rPr>
          <w:color w:val="auto"/>
        </w:rPr>
        <w:t>2. Declarations of Interest</w:t>
      </w:r>
    </w:p>
    <w:p w14:paraId="6D4B98DD" w14:textId="0B72A191" w:rsidR="00D4644D" w:rsidRPr="00D4644D" w:rsidRDefault="00D4644D" w:rsidP="00D4644D">
      <w:pPr>
        <w:pStyle w:val="Heading2"/>
        <w:rPr>
          <w:color w:val="auto"/>
        </w:rPr>
      </w:pPr>
      <w:r w:rsidRPr="00D4644D">
        <w:rPr>
          <w:color w:val="auto"/>
        </w:rPr>
        <w:t>3. Open Forum</w:t>
      </w:r>
    </w:p>
    <w:p w14:paraId="21DEBAD0" w14:textId="77777777" w:rsidR="00F5203D" w:rsidRPr="00D4644D" w:rsidRDefault="00D4644D">
      <w:pPr>
        <w:pStyle w:val="Heading2"/>
        <w:rPr>
          <w:color w:val="auto"/>
        </w:rPr>
      </w:pPr>
      <w:r w:rsidRPr="00D4644D">
        <w:rPr>
          <w:color w:val="auto"/>
        </w:rPr>
        <w:t>4. Planning Applications for Consideration</w:t>
      </w:r>
    </w:p>
    <w:p w14:paraId="2F21C51D" w14:textId="77777777" w:rsidR="00B22A16" w:rsidRDefault="00D27814">
      <w:pPr>
        <w:rPr>
          <w:b/>
          <w:bCs/>
        </w:rPr>
      </w:pPr>
      <w:r w:rsidRPr="00D27814">
        <w:rPr>
          <w:b/>
          <w:bCs/>
        </w:rPr>
        <w:t xml:space="preserve">Application(s) reference: 26/02062/FUL </w:t>
      </w:r>
    </w:p>
    <w:p w14:paraId="5EF46C6B" w14:textId="77777777" w:rsidR="003809E7" w:rsidRDefault="00D27814">
      <w:pPr>
        <w:rPr>
          <w:b/>
          <w:bCs/>
        </w:rPr>
      </w:pPr>
      <w:proofErr w:type="gramStart"/>
      <w:r w:rsidRPr="00D27814">
        <w:rPr>
          <w:b/>
          <w:bCs/>
        </w:rPr>
        <w:t>Proposed :</w:t>
      </w:r>
      <w:proofErr w:type="gramEnd"/>
      <w:r w:rsidRPr="00D27814">
        <w:rPr>
          <w:b/>
          <w:bCs/>
        </w:rPr>
        <w:t xml:space="preserve"> Proposed replacement two </w:t>
      </w:r>
      <w:r w:rsidR="00B22A16" w:rsidRPr="00D27814">
        <w:rPr>
          <w:b/>
          <w:bCs/>
        </w:rPr>
        <w:t>story</w:t>
      </w:r>
      <w:r w:rsidRPr="00D27814">
        <w:rPr>
          <w:b/>
          <w:bCs/>
        </w:rPr>
        <w:t xml:space="preserve"> extension, erection of open canopy porch, alterations to the external appearance of the dwelling and associated works to facilitate a loft conversion (retrospective), demolition of </w:t>
      </w:r>
      <w:proofErr w:type="gramStart"/>
      <w:r w:rsidRPr="00D27814">
        <w:rPr>
          <w:b/>
          <w:bCs/>
        </w:rPr>
        <w:t xml:space="preserve">single </w:t>
      </w:r>
      <w:r w:rsidR="003809E7" w:rsidRPr="00D27814">
        <w:rPr>
          <w:b/>
          <w:bCs/>
        </w:rPr>
        <w:t>story</w:t>
      </w:r>
      <w:proofErr w:type="gramEnd"/>
      <w:r w:rsidRPr="00D27814">
        <w:rPr>
          <w:b/>
          <w:bCs/>
        </w:rPr>
        <w:t xml:space="preserve"> dining room extension and outbuildings, removal of rear canopy and wall, and associated works </w:t>
      </w:r>
    </w:p>
    <w:p w14:paraId="751D0FA9" w14:textId="301634CD" w:rsidR="00D27814" w:rsidRDefault="00D27814">
      <w:pPr>
        <w:rPr>
          <w:b/>
          <w:bCs/>
        </w:rPr>
      </w:pPr>
      <w:r w:rsidRPr="00D27814">
        <w:rPr>
          <w:b/>
          <w:bCs/>
        </w:rPr>
        <w:t xml:space="preserve">At </w:t>
      </w:r>
      <w:proofErr w:type="gramStart"/>
      <w:r w:rsidRPr="00D27814">
        <w:rPr>
          <w:b/>
          <w:bCs/>
        </w:rPr>
        <w:t>For :</w:t>
      </w:r>
      <w:proofErr w:type="gramEnd"/>
      <w:r w:rsidRPr="00D27814">
        <w:rPr>
          <w:b/>
          <w:bCs/>
        </w:rPr>
        <w:t xml:space="preserve"> : The Coppice, Ullenhall Lane, Ullenhall, Henley-in-Arden B95 5PW</w:t>
      </w:r>
    </w:p>
    <w:p w14:paraId="08E541FD" w14:textId="0464CB5E" w:rsidR="00F5203D" w:rsidRPr="00D4644D" w:rsidRDefault="00D4644D">
      <w:r w:rsidRPr="00D4644D">
        <w:t>Comments Due By: 2</w:t>
      </w:r>
      <w:r w:rsidR="003809E7">
        <w:t>8</w:t>
      </w:r>
      <w:r w:rsidRPr="00D4644D">
        <w:t xml:space="preserve"> September 202</w:t>
      </w:r>
      <w:r w:rsidR="003809E7">
        <w:t>6</w:t>
      </w:r>
    </w:p>
    <w:p w14:paraId="1AA1D5FB" w14:textId="77777777" w:rsidR="00F5203D" w:rsidRPr="00D4644D" w:rsidRDefault="00D4644D">
      <w:pPr>
        <w:pStyle w:val="Heading2"/>
        <w:rPr>
          <w:color w:val="auto"/>
        </w:rPr>
      </w:pPr>
      <w:r w:rsidRPr="00D4644D">
        <w:rPr>
          <w:color w:val="auto"/>
        </w:rPr>
        <w:t>6. Date of Next Meeting</w:t>
      </w:r>
    </w:p>
    <w:p w14:paraId="4D9ACAD6" w14:textId="674BC9C5" w:rsidR="00F5203D" w:rsidRPr="00D4644D" w:rsidRDefault="00D4644D">
      <w:r w:rsidRPr="00D4644D">
        <w:t xml:space="preserve">• Tuesday </w:t>
      </w:r>
      <w:r w:rsidR="002B1CDE">
        <w:t>6</w:t>
      </w:r>
      <w:r w:rsidRPr="00D4644D">
        <w:rPr>
          <w:vertAlign w:val="superscript"/>
        </w:rPr>
        <w:t>th</w:t>
      </w:r>
      <w:r w:rsidRPr="00D4644D">
        <w:t xml:space="preserve"> October 7pm</w:t>
      </w:r>
    </w:p>
    <w:sectPr w:rsidR="00F5203D" w:rsidRPr="00D4644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666755">
    <w:abstractNumId w:val="8"/>
  </w:num>
  <w:num w:numId="2" w16cid:durableId="2043050690">
    <w:abstractNumId w:val="6"/>
  </w:num>
  <w:num w:numId="3" w16cid:durableId="583076130">
    <w:abstractNumId w:val="5"/>
  </w:num>
  <w:num w:numId="4" w16cid:durableId="1955401245">
    <w:abstractNumId w:val="4"/>
  </w:num>
  <w:num w:numId="5" w16cid:durableId="1196696835">
    <w:abstractNumId w:val="7"/>
  </w:num>
  <w:num w:numId="6" w16cid:durableId="119230378">
    <w:abstractNumId w:val="3"/>
  </w:num>
  <w:num w:numId="7" w16cid:durableId="5636448">
    <w:abstractNumId w:val="2"/>
  </w:num>
  <w:num w:numId="8" w16cid:durableId="865367226">
    <w:abstractNumId w:val="1"/>
  </w:num>
  <w:num w:numId="9" w16cid:durableId="335113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88B"/>
    <w:rsid w:val="00034616"/>
    <w:rsid w:val="0006063C"/>
    <w:rsid w:val="0015074B"/>
    <w:rsid w:val="0029639D"/>
    <w:rsid w:val="002B1CDE"/>
    <w:rsid w:val="00326F90"/>
    <w:rsid w:val="003809E7"/>
    <w:rsid w:val="00476E82"/>
    <w:rsid w:val="00776645"/>
    <w:rsid w:val="0085643C"/>
    <w:rsid w:val="00AA1D8D"/>
    <w:rsid w:val="00B22A16"/>
    <w:rsid w:val="00B47730"/>
    <w:rsid w:val="00BB44FD"/>
    <w:rsid w:val="00CB0664"/>
    <w:rsid w:val="00D06DF9"/>
    <w:rsid w:val="00D27814"/>
    <w:rsid w:val="00D4644D"/>
    <w:rsid w:val="00F520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D504A7"/>
  <w14:defaultImageDpi w14:val="300"/>
  <w15:docId w15:val="{8817FD57-7413-4942-8495-2D215C9E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7</cp:revision>
  <dcterms:created xsi:type="dcterms:W3CDTF">2026-09-21T07:34:00Z</dcterms:created>
  <dcterms:modified xsi:type="dcterms:W3CDTF">2026-09-21T07:51:00Z</dcterms:modified>
  <cp:category/>
</cp:coreProperties>
</file>