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F1C73" w14:textId="77D3358D" w:rsidR="004D0B71" w:rsidRPr="00873959" w:rsidRDefault="004D0B71" w:rsidP="009E66A9">
      <w:pPr>
        <w:pStyle w:val="Title"/>
        <w:rPr>
          <w:rFonts w:ascii="Aptos" w:hAnsi="Aptos" w:cs="Arial"/>
          <w:b/>
          <w:bCs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b/>
          <w:bCs/>
          <w:color w:val="000000" w:themeColor="text1"/>
          <w:sz w:val="24"/>
          <w:szCs w:val="24"/>
        </w:rPr>
        <w:t>ULLENHALL PARISH COUNCIL</w:t>
      </w:r>
    </w:p>
    <w:p w14:paraId="12BE1F9C" w14:textId="675B6531" w:rsidR="004D0B71" w:rsidRPr="00873959" w:rsidRDefault="004D0B71" w:rsidP="003C18AF">
      <w:pPr>
        <w:pStyle w:val="Heading1"/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Parish Council Meeting Agenda</w:t>
      </w:r>
    </w:p>
    <w:p w14:paraId="04240753" w14:textId="4D05D2F4" w:rsidR="003C18AF" w:rsidRPr="00873959" w:rsidRDefault="004D0B71">
      <w:pPr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Date: Tuesday</w:t>
      </w:r>
      <w:r w:rsidR="00100CFA" w:rsidRPr="00873959">
        <w:rPr>
          <w:rFonts w:ascii="Aptos" w:hAnsi="Aptos" w:cs="Arial"/>
          <w:color w:val="000000" w:themeColor="text1"/>
          <w:sz w:val="24"/>
          <w:szCs w:val="24"/>
        </w:rPr>
        <w:t xml:space="preserve"> </w:t>
      </w:r>
      <w:r w:rsidR="00D244B4">
        <w:rPr>
          <w:rFonts w:ascii="Aptos" w:hAnsi="Aptos" w:cs="Arial"/>
          <w:color w:val="000000" w:themeColor="text1"/>
          <w:sz w:val="24"/>
          <w:szCs w:val="24"/>
        </w:rPr>
        <w:t>1</w:t>
      </w:r>
      <w:r w:rsidR="00D244B4" w:rsidRPr="00D244B4">
        <w:rPr>
          <w:rFonts w:ascii="Aptos" w:hAnsi="Aptos" w:cs="Arial"/>
          <w:color w:val="000000" w:themeColor="text1"/>
          <w:sz w:val="24"/>
          <w:szCs w:val="24"/>
          <w:vertAlign w:val="superscript"/>
        </w:rPr>
        <w:t>st</w:t>
      </w:r>
      <w:r w:rsidR="00D244B4">
        <w:rPr>
          <w:rFonts w:ascii="Aptos" w:hAnsi="Aptos" w:cs="Arial"/>
          <w:color w:val="000000" w:themeColor="text1"/>
          <w:sz w:val="24"/>
          <w:szCs w:val="24"/>
        </w:rPr>
        <w:t xml:space="preserve"> September</w:t>
      </w:r>
      <w:r w:rsidR="00141275" w:rsidRPr="00873959">
        <w:rPr>
          <w:rFonts w:ascii="Aptos" w:hAnsi="Aptos" w:cs="Arial"/>
          <w:color w:val="000000" w:themeColor="text1"/>
          <w:sz w:val="24"/>
          <w:szCs w:val="24"/>
        </w:rPr>
        <w:t xml:space="preserve"> </w:t>
      </w:r>
      <w:r w:rsidR="001B7508" w:rsidRPr="00873959">
        <w:rPr>
          <w:rFonts w:ascii="Aptos" w:hAnsi="Aptos" w:cs="Arial"/>
          <w:color w:val="000000" w:themeColor="text1"/>
          <w:sz w:val="24"/>
          <w:szCs w:val="24"/>
        </w:rPr>
        <w:t>2026</w:t>
      </w:r>
    </w:p>
    <w:p w14:paraId="29417D15" w14:textId="266B7995" w:rsidR="003958CF" w:rsidRPr="00873959" w:rsidRDefault="004D0B71">
      <w:pPr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Time: 7:00 PM</w:t>
      </w:r>
    </w:p>
    <w:p w14:paraId="6CE73A7E" w14:textId="3B6D399E" w:rsidR="002C0628" w:rsidRPr="00873959" w:rsidRDefault="004D0B71">
      <w:pPr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 xml:space="preserve">Venue: Committee Room, </w:t>
      </w:r>
      <w:r w:rsidR="00502DA8" w:rsidRPr="00873959">
        <w:rPr>
          <w:rFonts w:ascii="Aptos" w:hAnsi="Aptos" w:cs="Arial"/>
          <w:color w:val="000000" w:themeColor="text1"/>
          <w:sz w:val="24"/>
          <w:szCs w:val="24"/>
        </w:rPr>
        <w:t>U</w:t>
      </w:r>
      <w:r w:rsidRPr="00873959">
        <w:rPr>
          <w:rFonts w:ascii="Aptos" w:hAnsi="Aptos" w:cs="Arial"/>
          <w:color w:val="000000" w:themeColor="text1"/>
          <w:sz w:val="24"/>
          <w:szCs w:val="24"/>
        </w:rPr>
        <w:t>llenhall Village Hall</w:t>
      </w:r>
    </w:p>
    <w:p w14:paraId="01C4B2B3" w14:textId="40F5F206" w:rsidR="007F4C67" w:rsidRPr="00873959" w:rsidRDefault="00CD7C37" w:rsidP="002C0628">
      <w:pPr>
        <w:rPr>
          <w:rFonts w:ascii="Aptos" w:hAnsi="Aptos" w:cs="Arial"/>
          <w:b/>
          <w:bCs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b/>
          <w:bCs/>
          <w:color w:val="000000" w:themeColor="text1"/>
          <w:sz w:val="24"/>
          <w:szCs w:val="24"/>
        </w:rPr>
        <w:t>Apologies for abs</w:t>
      </w:r>
      <w:r w:rsidR="002C0628" w:rsidRPr="00873959">
        <w:rPr>
          <w:rFonts w:ascii="Aptos" w:hAnsi="Aptos" w:cs="Arial"/>
          <w:b/>
          <w:bCs/>
          <w:color w:val="000000" w:themeColor="text1"/>
          <w:sz w:val="24"/>
          <w:szCs w:val="24"/>
        </w:rPr>
        <w:t>ence</w:t>
      </w:r>
    </w:p>
    <w:p w14:paraId="23CA75B0" w14:textId="13499EBC" w:rsidR="003958CF" w:rsidRPr="00873959" w:rsidRDefault="00BF60B7">
      <w:pPr>
        <w:pStyle w:val="Heading2"/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1</w:t>
      </w:r>
      <w:r w:rsidR="004D0B71" w:rsidRPr="00873959">
        <w:rPr>
          <w:rFonts w:ascii="Aptos" w:hAnsi="Aptos" w:cs="Arial"/>
          <w:color w:val="000000" w:themeColor="text1"/>
          <w:sz w:val="24"/>
          <w:szCs w:val="24"/>
        </w:rPr>
        <w:t>. Approval of Minutes</w:t>
      </w:r>
    </w:p>
    <w:p w14:paraId="0287CBF3" w14:textId="40E75B05" w:rsidR="006F53F7" w:rsidRPr="00873959" w:rsidRDefault="004D0B71">
      <w:pPr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 xml:space="preserve">To approve the minutes of the meeting held </w:t>
      </w:r>
      <w:r w:rsidR="00AD0EB0" w:rsidRPr="00873959">
        <w:rPr>
          <w:rFonts w:ascii="Aptos" w:hAnsi="Aptos" w:cs="Arial"/>
          <w:color w:val="000000" w:themeColor="text1"/>
          <w:sz w:val="24"/>
          <w:szCs w:val="24"/>
        </w:rPr>
        <w:t>o</w:t>
      </w:r>
      <w:r w:rsidR="00EA6094" w:rsidRPr="00873959">
        <w:rPr>
          <w:rFonts w:ascii="Aptos" w:hAnsi="Aptos" w:cs="Arial"/>
          <w:color w:val="000000" w:themeColor="text1"/>
          <w:sz w:val="24"/>
          <w:szCs w:val="24"/>
        </w:rPr>
        <w:t xml:space="preserve">n </w:t>
      </w:r>
      <w:r w:rsidR="00B931ED">
        <w:rPr>
          <w:rFonts w:ascii="Aptos" w:hAnsi="Aptos" w:cs="Arial"/>
          <w:color w:val="000000" w:themeColor="text1"/>
          <w:sz w:val="24"/>
          <w:szCs w:val="24"/>
        </w:rPr>
        <w:t>4</w:t>
      </w:r>
      <w:r w:rsidR="00B931ED" w:rsidRPr="00B931ED">
        <w:rPr>
          <w:rFonts w:ascii="Aptos" w:hAnsi="Aptos" w:cs="Arial"/>
          <w:color w:val="000000" w:themeColor="text1"/>
          <w:sz w:val="24"/>
          <w:szCs w:val="24"/>
          <w:vertAlign w:val="superscript"/>
        </w:rPr>
        <w:t>th</w:t>
      </w:r>
      <w:r w:rsidR="00B931ED">
        <w:rPr>
          <w:rFonts w:ascii="Aptos" w:hAnsi="Aptos" w:cs="Arial"/>
          <w:color w:val="000000" w:themeColor="text1"/>
          <w:sz w:val="24"/>
          <w:szCs w:val="24"/>
        </w:rPr>
        <w:t xml:space="preserve"> August</w:t>
      </w:r>
      <w:r w:rsidR="00141275" w:rsidRPr="00873959">
        <w:rPr>
          <w:rFonts w:ascii="Aptos" w:hAnsi="Aptos" w:cs="Arial"/>
          <w:color w:val="000000" w:themeColor="text1"/>
          <w:sz w:val="24"/>
          <w:szCs w:val="24"/>
        </w:rPr>
        <w:t xml:space="preserve"> </w:t>
      </w:r>
      <w:r w:rsidR="001332EC" w:rsidRPr="00873959">
        <w:rPr>
          <w:rFonts w:ascii="Aptos" w:hAnsi="Aptos" w:cs="Arial"/>
          <w:color w:val="000000" w:themeColor="text1"/>
          <w:sz w:val="24"/>
          <w:szCs w:val="24"/>
        </w:rPr>
        <w:t>2026</w:t>
      </w:r>
    </w:p>
    <w:p w14:paraId="4ABFBEC5" w14:textId="6906C051" w:rsidR="006F53F7" w:rsidRPr="00873959" w:rsidRDefault="00BF60B7" w:rsidP="007F4C67">
      <w:pPr>
        <w:pStyle w:val="Heading2"/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2</w:t>
      </w:r>
      <w:r w:rsidR="004D0B71" w:rsidRPr="00873959">
        <w:rPr>
          <w:rFonts w:ascii="Aptos" w:hAnsi="Aptos" w:cs="Arial"/>
          <w:color w:val="000000" w:themeColor="text1"/>
          <w:sz w:val="24"/>
          <w:szCs w:val="24"/>
        </w:rPr>
        <w:t>. Declarations of Interest</w:t>
      </w:r>
    </w:p>
    <w:p w14:paraId="2FB8C428" w14:textId="5ED35CB0" w:rsidR="006F53F7" w:rsidRPr="00873959" w:rsidRDefault="00BF60B7" w:rsidP="007F4C67">
      <w:pPr>
        <w:pStyle w:val="Heading2"/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3</w:t>
      </w:r>
      <w:r w:rsidR="004D0B71" w:rsidRPr="00873959">
        <w:rPr>
          <w:rFonts w:ascii="Aptos" w:hAnsi="Aptos" w:cs="Arial"/>
          <w:color w:val="000000" w:themeColor="text1"/>
          <w:sz w:val="24"/>
          <w:szCs w:val="24"/>
        </w:rPr>
        <w:t>. Open Forum</w:t>
      </w:r>
    </w:p>
    <w:p w14:paraId="562B038D" w14:textId="6EF32720" w:rsidR="003958CF" w:rsidRPr="00873959" w:rsidRDefault="00BF60B7">
      <w:pPr>
        <w:pStyle w:val="Heading2"/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4</w:t>
      </w:r>
      <w:r w:rsidR="004D0B71" w:rsidRPr="00873959">
        <w:rPr>
          <w:rFonts w:ascii="Aptos" w:hAnsi="Aptos" w:cs="Arial"/>
          <w:color w:val="000000" w:themeColor="text1"/>
          <w:sz w:val="24"/>
          <w:szCs w:val="24"/>
        </w:rPr>
        <w:t>. District and County Councillor Reports</w:t>
      </w:r>
    </w:p>
    <w:p w14:paraId="4B341402" w14:textId="77777777" w:rsidR="003958CF" w:rsidRPr="00873959" w:rsidRDefault="004D0B71">
      <w:pPr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- District Councillor: Cllr Shenton</w:t>
      </w:r>
    </w:p>
    <w:p w14:paraId="5853BAFF" w14:textId="298B7B12" w:rsidR="006F53F7" w:rsidRPr="00873959" w:rsidRDefault="004D0B71">
      <w:pPr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- County Councillor: Cllr Crocker</w:t>
      </w:r>
    </w:p>
    <w:p w14:paraId="164B00BE" w14:textId="320F46A5" w:rsidR="00873959" w:rsidRPr="00873959" w:rsidRDefault="00EC0F74" w:rsidP="00873959">
      <w:pPr>
        <w:pStyle w:val="Heading2"/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5</w:t>
      </w:r>
      <w:r w:rsidR="004D0B71" w:rsidRPr="00873959">
        <w:rPr>
          <w:rFonts w:ascii="Aptos" w:hAnsi="Aptos" w:cs="Arial"/>
          <w:color w:val="000000" w:themeColor="text1"/>
          <w:sz w:val="24"/>
          <w:szCs w:val="24"/>
        </w:rPr>
        <w:t>. Planning Matters</w:t>
      </w:r>
    </w:p>
    <w:p w14:paraId="424075DD" w14:textId="25C0168B" w:rsidR="00873959" w:rsidRPr="00223F42" w:rsidRDefault="00243267" w:rsidP="00873959">
      <w:pPr>
        <w:pStyle w:val="BodyText"/>
        <w:numPr>
          <w:ilvl w:val="0"/>
          <w:numId w:val="27"/>
        </w:numPr>
        <w:tabs>
          <w:tab w:val="left" w:pos="1793"/>
          <w:tab w:val="left" w:pos="2155"/>
        </w:tabs>
        <w:rPr>
          <w:rFonts w:ascii="Aptos" w:eastAsia="Times New Roman" w:hAnsi="Aptos" w:cs="Verdana"/>
          <w:sz w:val="24"/>
          <w:szCs w:val="24"/>
          <w:lang w:val="en-GB" w:eastAsia="en-GB"/>
        </w:rPr>
      </w:pPr>
      <w:r w:rsidRPr="00873959">
        <w:rPr>
          <w:rFonts w:ascii="Aptos" w:hAnsi="Aptos" w:cs="Arial"/>
          <w:b/>
          <w:bCs/>
          <w:color w:val="000000" w:themeColor="text1"/>
          <w:sz w:val="24"/>
          <w:szCs w:val="24"/>
        </w:rPr>
        <w:t>Planning Applications</w:t>
      </w:r>
    </w:p>
    <w:p w14:paraId="51B54DE2" w14:textId="7954551F" w:rsidR="00223F42" w:rsidRDefault="00223F42" w:rsidP="00261CCA">
      <w:pPr>
        <w:pStyle w:val="BodyText"/>
        <w:numPr>
          <w:ilvl w:val="0"/>
          <w:numId w:val="28"/>
        </w:numPr>
        <w:tabs>
          <w:tab w:val="left" w:pos="1793"/>
          <w:tab w:val="left" w:pos="2155"/>
        </w:tabs>
        <w:rPr>
          <w:rFonts w:ascii="Aptos" w:eastAsia="Times New Roman" w:hAnsi="Aptos" w:cs="Verdana"/>
          <w:sz w:val="24"/>
          <w:szCs w:val="24"/>
          <w:lang w:eastAsia="en-GB"/>
        </w:rPr>
      </w:pPr>
      <w:r w:rsidRPr="00223F42">
        <w:rPr>
          <w:rFonts w:ascii="Aptos" w:eastAsia="Times New Roman" w:hAnsi="Aptos" w:cs="Verdana"/>
          <w:sz w:val="24"/>
          <w:szCs w:val="24"/>
          <w:lang w:eastAsia="en-GB"/>
        </w:rPr>
        <w:t>Application(s) reference: 26/01668/FUL Proposed con</w:t>
      </w:r>
      <w:r w:rsidR="00D046BD">
        <w:rPr>
          <w:rFonts w:ascii="Aptos" w:eastAsia="Times New Roman" w:hAnsi="Aptos" w:cs="Verdana"/>
          <w:sz w:val="24"/>
          <w:szCs w:val="24"/>
          <w:lang w:eastAsia="en-GB"/>
        </w:rPr>
        <w:t xml:space="preserve">version </w:t>
      </w:r>
      <w:r w:rsidRPr="00223F42">
        <w:rPr>
          <w:rFonts w:ascii="Aptos" w:eastAsia="Times New Roman" w:hAnsi="Aptos" w:cs="Verdana"/>
          <w:sz w:val="24"/>
          <w:szCs w:val="24"/>
          <w:lang w:eastAsia="en-GB"/>
        </w:rPr>
        <w:t>Erection of single and two storey extensions with loft Springlands, Tanworth Lane, Henley-in-Arden, B95 5QY</w:t>
      </w:r>
    </w:p>
    <w:p w14:paraId="7DC9EE52" w14:textId="658F871C" w:rsidR="00D046BD" w:rsidRPr="002773AD" w:rsidRDefault="00D730C9" w:rsidP="00261CCA">
      <w:pPr>
        <w:pStyle w:val="BodyText"/>
        <w:numPr>
          <w:ilvl w:val="0"/>
          <w:numId w:val="28"/>
        </w:numPr>
        <w:tabs>
          <w:tab w:val="left" w:pos="1793"/>
          <w:tab w:val="left" w:pos="2155"/>
        </w:tabs>
        <w:rPr>
          <w:rFonts w:ascii="Aptos" w:eastAsia="Times New Roman" w:hAnsi="Aptos" w:cs="Verdana"/>
          <w:sz w:val="24"/>
          <w:szCs w:val="24"/>
          <w:lang w:val="en-GB" w:eastAsia="en-GB"/>
        </w:rPr>
      </w:pPr>
      <w:r w:rsidRPr="00D730C9">
        <w:rPr>
          <w:rFonts w:ascii="Aptos" w:eastAsia="Times New Roman" w:hAnsi="Aptos" w:cs="Verdana"/>
          <w:sz w:val="24"/>
          <w:szCs w:val="24"/>
          <w:lang w:eastAsia="en-GB"/>
        </w:rPr>
        <w:t>SCOPE/00046 24 August 2026</w:t>
      </w:r>
      <w:r w:rsidR="00261CCA">
        <w:rPr>
          <w:rFonts w:ascii="Aptos" w:eastAsia="Times New Roman" w:hAnsi="Aptos" w:cs="Verdana"/>
          <w:sz w:val="24"/>
          <w:szCs w:val="24"/>
          <w:lang w:eastAsia="en-GB"/>
        </w:rPr>
        <w:t xml:space="preserve"> </w:t>
      </w:r>
      <w:r w:rsidRPr="00D730C9">
        <w:rPr>
          <w:rFonts w:ascii="Aptos" w:eastAsia="Times New Roman" w:hAnsi="Aptos" w:cs="Verdana"/>
          <w:sz w:val="24"/>
          <w:szCs w:val="24"/>
          <w:lang w:eastAsia="en-GB"/>
        </w:rPr>
        <w:t xml:space="preserve">Town and Country Planning (Environmental Impact Assessment) Regulations 2017: Request for Formal Scoping Opinion Address: Land to the west/north west of the A3400 (Land Parcels A and B) and Land to the east/north east of the A3400 (Land Parcel C), Henley-in-Arden. Proposal: Environmental Impact Assessment Scoping Request relating to an Outline Planning Application with all matters reserved except for means of access for a proposed development for approximately 2,000 dwellings, employment uses, a primary school, mixed use-community and retail uses, a country park, open space, landscaping and habitat improvements, allotments, new vehicular and pedestrian/cycle accesses, a link road between A3400 Birmingham Road and Henley </w:t>
      </w:r>
      <w:r w:rsidRPr="00D730C9">
        <w:rPr>
          <w:rFonts w:ascii="Aptos" w:eastAsia="Times New Roman" w:hAnsi="Aptos" w:cs="Verdana"/>
          <w:sz w:val="24"/>
          <w:szCs w:val="24"/>
          <w:lang w:eastAsia="en-GB"/>
        </w:rPr>
        <w:lastRenderedPageBreak/>
        <w:t>Road, active travel routes, car parks, sustainable drainage features, land reserved for future flood prevention scheme and all associated development.</w:t>
      </w:r>
    </w:p>
    <w:p w14:paraId="48F8435D" w14:textId="25F226E0" w:rsidR="002773AD" w:rsidRPr="00873959" w:rsidRDefault="002773AD" w:rsidP="00261CCA">
      <w:pPr>
        <w:pStyle w:val="BodyText"/>
        <w:numPr>
          <w:ilvl w:val="0"/>
          <w:numId w:val="28"/>
        </w:numPr>
        <w:tabs>
          <w:tab w:val="left" w:pos="1793"/>
          <w:tab w:val="left" w:pos="2155"/>
        </w:tabs>
        <w:rPr>
          <w:rFonts w:ascii="Aptos" w:eastAsia="Times New Roman" w:hAnsi="Aptos" w:cs="Verdana"/>
          <w:sz w:val="24"/>
          <w:szCs w:val="24"/>
          <w:lang w:val="en-GB" w:eastAsia="en-GB"/>
        </w:rPr>
      </w:pPr>
      <w:r>
        <w:rPr>
          <w:rFonts w:ascii="Aptos" w:eastAsia="Times New Roman" w:hAnsi="Aptos" w:cs="Verdana"/>
          <w:sz w:val="24"/>
          <w:szCs w:val="24"/>
          <w:lang w:eastAsia="en-GB"/>
        </w:rPr>
        <w:t>Chapel Gate Farm – planning enforcement</w:t>
      </w:r>
    </w:p>
    <w:p w14:paraId="117679AC" w14:textId="4C83E21C" w:rsidR="00E6502B" w:rsidRPr="00B931ED" w:rsidRDefault="00A71BE3" w:rsidP="00B931ED">
      <w:pPr>
        <w:pStyle w:val="BodyText"/>
        <w:numPr>
          <w:ilvl w:val="0"/>
          <w:numId w:val="27"/>
        </w:numPr>
        <w:tabs>
          <w:tab w:val="left" w:pos="1793"/>
          <w:tab w:val="left" w:pos="2155"/>
        </w:tabs>
        <w:rPr>
          <w:rFonts w:ascii="Aptos" w:eastAsia="Times New Roman" w:hAnsi="Aptos" w:cs="Verdana"/>
          <w:sz w:val="24"/>
          <w:szCs w:val="24"/>
          <w:lang w:val="en-GB" w:eastAsia="en-GB"/>
        </w:rPr>
      </w:pPr>
      <w:r>
        <w:rPr>
          <w:rFonts w:ascii="Aptos" w:hAnsi="Aptos" w:cs="Arial"/>
          <w:b/>
          <w:bCs/>
          <w:color w:val="000000" w:themeColor="text1"/>
          <w:sz w:val="24"/>
          <w:szCs w:val="24"/>
        </w:rPr>
        <w:t>P</w:t>
      </w:r>
      <w:r w:rsidR="00243267" w:rsidRPr="00873959">
        <w:rPr>
          <w:rFonts w:ascii="Aptos" w:hAnsi="Aptos" w:cs="Arial"/>
          <w:b/>
          <w:bCs/>
          <w:color w:val="000000" w:themeColor="text1"/>
          <w:sz w:val="24"/>
          <w:szCs w:val="24"/>
        </w:rPr>
        <w:t>l</w:t>
      </w:r>
      <w:r w:rsidR="004D0B71" w:rsidRPr="00873959">
        <w:rPr>
          <w:rFonts w:ascii="Aptos" w:hAnsi="Aptos" w:cs="Arial"/>
          <w:b/>
          <w:bCs/>
          <w:color w:val="000000" w:themeColor="text1"/>
          <w:sz w:val="24"/>
          <w:szCs w:val="24"/>
        </w:rPr>
        <w:t>anning Decisions</w:t>
      </w:r>
      <w:r w:rsidR="00261CCA">
        <w:rPr>
          <w:rFonts w:ascii="Aptos" w:hAnsi="Aptos" w:cs="Arial"/>
          <w:b/>
          <w:bCs/>
          <w:color w:val="000000" w:themeColor="text1"/>
          <w:sz w:val="24"/>
          <w:szCs w:val="24"/>
        </w:rPr>
        <w:t xml:space="preserve"> – none received</w:t>
      </w:r>
    </w:p>
    <w:p w14:paraId="3877F9A6" w14:textId="701CD2C2" w:rsidR="000A5A7F" w:rsidRPr="00873959" w:rsidRDefault="004D0B71" w:rsidP="00873959">
      <w:pPr>
        <w:pStyle w:val="ListParagraph"/>
        <w:numPr>
          <w:ilvl w:val="0"/>
          <w:numId w:val="27"/>
        </w:numPr>
        <w:rPr>
          <w:rFonts w:ascii="Aptos" w:hAnsi="Aptos" w:cs="Arial"/>
          <w:b/>
          <w:bCs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b/>
          <w:bCs/>
          <w:color w:val="000000" w:themeColor="text1"/>
          <w:sz w:val="24"/>
          <w:szCs w:val="24"/>
        </w:rPr>
        <w:t>Planning Appeals</w:t>
      </w:r>
      <w:r w:rsidR="009A1A3C" w:rsidRPr="00873959">
        <w:rPr>
          <w:rFonts w:ascii="Aptos" w:hAnsi="Aptos" w:cs="Arial"/>
          <w:b/>
          <w:bCs/>
          <w:color w:val="000000" w:themeColor="text1"/>
          <w:sz w:val="24"/>
          <w:szCs w:val="24"/>
        </w:rPr>
        <w:t xml:space="preserve"> </w:t>
      </w:r>
      <w:r w:rsidRPr="00873959">
        <w:rPr>
          <w:rFonts w:ascii="Aptos" w:hAnsi="Aptos" w:cs="Arial"/>
          <w:b/>
          <w:bCs/>
          <w:color w:val="000000" w:themeColor="text1"/>
          <w:sz w:val="24"/>
          <w:szCs w:val="24"/>
        </w:rPr>
        <w:t xml:space="preserve">- </w:t>
      </w:r>
      <w:r w:rsidR="004F7157" w:rsidRPr="00873959">
        <w:rPr>
          <w:rFonts w:ascii="Aptos" w:hAnsi="Aptos" w:cs="Arial"/>
          <w:b/>
          <w:bCs/>
          <w:color w:val="000000" w:themeColor="text1"/>
          <w:sz w:val="24"/>
          <w:szCs w:val="24"/>
        </w:rPr>
        <w:t>n</w:t>
      </w:r>
      <w:r w:rsidRPr="00873959">
        <w:rPr>
          <w:rFonts w:ascii="Aptos" w:hAnsi="Aptos" w:cs="Arial"/>
          <w:b/>
          <w:bCs/>
          <w:color w:val="000000" w:themeColor="text1"/>
          <w:sz w:val="24"/>
          <w:szCs w:val="24"/>
        </w:rPr>
        <w:t>one re</w:t>
      </w:r>
      <w:r w:rsidR="001B6B31" w:rsidRPr="00873959">
        <w:rPr>
          <w:rFonts w:ascii="Aptos" w:hAnsi="Aptos" w:cs="Arial"/>
          <w:b/>
          <w:bCs/>
          <w:color w:val="000000" w:themeColor="text1"/>
          <w:sz w:val="24"/>
          <w:szCs w:val="24"/>
        </w:rPr>
        <w:t>ce</w:t>
      </w:r>
      <w:r w:rsidRPr="00873959">
        <w:rPr>
          <w:rFonts w:ascii="Aptos" w:hAnsi="Aptos" w:cs="Arial"/>
          <w:b/>
          <w:bCs/>
          <w:color w:val="000000" w:themeColor="text1"/>
          <w:sz w:val="24"/>
          <w:szCs w:val="24"/>
        </w:rPr>
        <w:t>ived</w:t>
      </w:r>
    </w:p>
    <w:p w14:paraId="53EB779E" w14:textId="188F98C2" w:rsidR="003958CF" w:rsidRPr="00873959" w:rsidRDefault="00EC0F74">
      <w:pPr>
        <w:pStyle w:val="Heading2"/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6</w:t>
      </w:r>
      <w:r w:rsidR="004D0B71" w:rsidRPr="00873959">
        <w:rPr>
          <w:rFonts w:ascii="Aptos" w:hAnsi="Aptos" w:cs="Arial"/>
          <w:color w:val="000000" w:themeColor="text1"/>
          <w:sz w:val="24"/>
          <w:szCs w:val="24"/>
        </w:rPr>
        <w:t>. Finance</w:t>
      </w:r>
    </w:p>
    <w:p w14:paraId="0B58C1F1" w14:textId="77777777" w:rsidR="003958CF" w:rsidRPr="00873959" w:rsidRDefault="004D0B71">
      <w:pPr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Account Balances:</w:t>
      </w:r>
    </w:p>
    <w:p w14:paraId="6714F059" w14:textId="2C7EEB15" w:rsidR="003958CF" w:rsidRPr="00873959" w:rsidRDefault="004D0B71">
      <w:pPr>
        <w:rPr>
          <w:rFonts w:ascii="Aptos" w:hAnsi="Aptos" w:cs="Arial"/>
          <w:b/>
          <w:bCs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b/>
          <w:bCs/>
          <w:color w:val="000000" w:themeColor="text1"/>
          <w:sz w:val="24"/>
          <w:szCs w:val="24"/>
        </w:rPr>
        <w:t>- Precept Account</w:t>
      </w:r>
      <w:r w:rsidR="00922391" w:rsidRPr="00873959">
        <w:rPr>
          <w:rFonts w:ascii="Aptos" w:hAnsi="Aptos" w:cs="Arial"/>
          <w:b/>
          <w:bCs/>
          <w:color w:val="000000" w:themeColor="text1"/>
          <w:sz w:val="24"/>
          <w:szCs w:val="24"/>
        </w:rPr>
        <w:t xml:space="preserve"> £</w:t>
      </w:r>
      <w:r w:rsidR="009B58C5">
        <w:rPr>
          <w:rFonts w:ascii="Aptos" w:hAnsi="Aptos" w:cs="Arial"/>
          <w:b/>
          <w:bCs/>
          <w:color w:val="000000" w:themeColor="text1"/>
          <w:sz w:val="24"/>
          <w:szCs w:val="24"/>
        </w:rPr>
        <w:t>2,</w:t>
      </w:r>
      <w:r w:rsidR="00FD5FF2">
        <w:rPr>
          <w:rFonts w:ascii="Aptos" w:hAnsi="Aptos" w:cs="Arial"/>
          <w:b/>
          <w:bCs/>
          <w:color w:val="000000" w:themeColor="text1"/>
          <w:sz w:val="24"/>
          <w:szCs w:val="24"/>
        </w:rPr>
        <w:t>584.02</w:t>
      </w:r>
    </w:p>
    <w:p w14:paraId="618E53E6" w14:textId="10A058E3" w:rsidR="00F66C84" w:rsidRPr="00873959" w:rsidRDefault="004D0B71">
      <w:pPr>
        <w:rPr>
          <w:rFonts w:ascii="Aptos" w:hAnsi="Aptos" w:cs="Arial"/>
          <w:b/>
          <w:bCs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b/>
          <w:bCs/>
          <w:color w:val="000000" w:themeColor="text1"/>
          <w:sz w:val="24"/>
          <w:szCs w:val="24"/>
        </w:rPr>
        <w:t>- Charity Account: £</w:t>
      </w:r>
      <w:r w:rsidR="00893F14">
        <w:rPr>
          <w:rFonts w:ascii="Aptos" w:hAnsi="Aptos" w:cs="Arial"/>
          <w:b/>
          <w:bCs/>
          <w:color w:val="000000" w:themeColor="text1"/>
          <w:sz w:val="24"/>
          <w:szCs w:val="24"/>
        </w:rPr>
        <w:t>14,</w:t>
      </w:r>
      <w:r w:rsidR="00F40E34">
        <w:rPr>
          <w:rFonts w:ascii="Aptos" w:hAnsi="Aptos" w:cs="Arial"/>
          <w:b/>
          <w:bCs/>
          <w:color w:val="000000" w:themeColor="text1"/>
          <w:sz w:val="24"/>
          <w:szCs w:val="24"/>
        </w:rPr>
        <w:t>274.99</w:t>
      </w:r>
    </w:p>
    <w:p w14:paraId="1D8E1006" w14:textId="77777777" w:rsidR="003958CF" w:rsidRPr="00873959" w:rsidRDefault="004D0B71">
      <w:pPr>
        <w:rPr>
          <w:rFonts w:ascii="Aptos" w:hAnsi="Aptos" w:cs="Arial"/>
          <w:b/>
          <w:bCs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b/>
          <w:bCs/>
          <w:color w:val="000000" w:themeColor="text1"/>
          <w:sz w:val="24"/>
          <w:szCs w:val="24"/>
        </w:rPr>
        <w:t>Payments to Approve:</w:t>
      </w:r>
    </w:p>
    <w:p w14:paraId="6E0987D9" w14:textId="61CA7991" w:rsidR="003958CF" w:rsidRPr="00873959" w:rsidRDefault="004D0B71" w:rsidP="007F3301">
      <w:pPr>
        <w:pStyle w:val="ListParagraph"/>
        <w:numPr>
          <w:ilvl w:val="0"/>
          <w:numId w:val="15"/>
        </w:numPr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 xml:space="preserve">Clerk’s Pay </w:t>
      </w:r>
      <w:r w:rsidR="00B1566D">
        <w:rPr>
          <w:rFonts w:ascii="Aptos" w:hAnsi="Aptos" w:cs="Arial"/>
          <w:color w:val="000000" w:themeColor="text1"/>
          <w:sz w:val="24"/>
          <w:szCs w:val="24"/>
        </w:rPr>
        <w:t xml:space="preserve">August </w:t>
      </w:r>
      <w:r w:rsidRPr="00873959">
        <w:rPr>
          <w:rFonts w:ascii="Aptos" w:hAnsi="Aptos" w:cs="Arial"/>
          <w:color w:val="000000" w:themeColor="text1"/>
          <w:sz w:val="24"/>
          <w:szCs w:val="24"/>
        </w:rPr>
        <w:t>– £</w:t>
      </w:r>
      <w:r w:rsidR="00E06768">
        <w:rPr>
          <w:rFonts w:ascii="Aptos" w:hAnsi="Aptos" w:cs="Arial"/>
          <w:color w:val="000000" w:themeColor="text1"/>
          <w:sz w:val="24"/>
          <w:szCs w:val="24"/>
        </w:rPr>
        <w:t>330.98</w:t>
      </w:r>
    </w:p>
    <w:p w14:paraId="7EAD8F95" w14:textId="18169A98" w:rsidR="003958CF" w:rsidRDefault="004D0B71" w:rsidP="007F3301">
      <w:pPr>
        <w:pStyle w:val="ListParagraph"/>
        <w:numPr>
          <w:ilvl w:val="0"/>
          <w:numId w:val="15"/>
        </w:numPr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Clerk’s Home Working Allowance – £20.00</w:t>
      </w:r>
    </w:p>
    <w:p w14:paraId="03FF21E5" w14:textId="20CCBB6C" w:rsidR="00F40E34" w:rsidRPr="00873959" w:rsidRDefault="00F40E34" w:rsidP="007F3301">
      <w:pPr>
        <w:pStyle w:val="ListParagraph"/>
        <w:numPr>
          <w:ilvl w:val="0"/>
          <w:numId w:val="15"/>
        </w:numPr>
        <w:rPr>
          <w:rFonts w:ascii="Aptos" w:hAnsi="Aptos" w:cs="Arial"/>
          <w:color w:val="000000" w:themeColor="text1"/>
          <w:sz w:val="24"/>
          <w:szCs w:val="24"/>
        </w:rPr>
      </w:pPr>
      <w:r>
        <w:rPr>
          <w:rFonts w:ascii="Aptos" w:hAnsi="Aptos" w:cs="Arial"/>
          <w:color w:val="000000" w:themeColor="text1"/>
          <w:sz w:val="24"/>
          <w:szCs w:val="24"/>
        </w:rPr>
        <w:t>Clerk’s Back Pay due to NJC pay scale increment change</w:t>
      </w:r>
      <w:r w:rsidR="00122123">
        <w:rPr>
          <w:rFonts w:ascii="Aptos" w:hAnsi="Aptos" w:cs="Arial"/>
          <w:color w:val="000000" w:themeColor="text1"/>
          <w:sz w:val="24"/>
          <w:szCs w:val="24"/>
        </w:rPr>
        <w:t xml:space="preserve"> </w:t>
      </w:r>
      <w:r w:rsidR="003E7FF7">
        <w:rPr>
          <w:rFonts w:ascii="Aptos" w:hAnsi="Aptos" w:cs="Arial"/>
          <w:color w:val="000000" w:themeColor="text1"/>
          <w:sz w:val="24"/>
          <w:szCs w:val="24"/>
        </w:rPr>
        <w:t>£5</w:t>
      </w:r>
      <w:r w:rsidR="001E06B2">
        <w:rPr>
          <w:rFonts w:ascii="Aptos" w:hAnsi="Aptos" w:cs="Arial"/>
          <w:color w:val="000000" w:themeColor="text1"/>
          <w:sz w:val="24"/>
          <w:szCs w:val="24"/>
        </w:rPr>
        <w:t>8.90</w:t>
      </w:r>
    </w:p>
    <w:p w14:paraId="5C47FF2C" w14:textId="2F00703B" w:rsidR="00BF4F5C" w:rsidRPr="00873959" w:rsidRDefault="006F1818" w:rsidP="007F3301">
      <w:pPr>
        <w:pStyle w:val="ListParagraph"/>
        <w:numPr>
          <w:ilvl w:val="0"/>
          <w:numId w:val="15"/>
        </w:numPr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 xml:space="preserve">Lloyds Acct service Charge £ </w:t>
      </w:r>
      <w:r w:rsidR="001B4447" w:rsidRPr="00873959">
        <w:rPr>
          <w:rFonts w:ascii="Aptos" w:hAnsi="Aptos" w:cs="Arial"/>
          <w:color w:val="000000" w:themeColor="text1"/>
          <w:sz w:val="24"/>
          <w:szCs w:val="24"/>
        </w:rPr>
        <w:t xml:space="preserve">4.25 </w:t>
      </w:r>
      <w:r w:rsidRPr="00873959">
        <w:rPr>
          <w:rFonts w:ascii="Aptos" w:hAnsi="Aptos" w:cs="Arial"/>
          <w:color w:val="000000" w:themeColor="text1"/>
          <w:sz w:val="24"/>
          <w:szCs w:val="24"/>
        </w:rPr>
        <w:t>(DD)</w:t>
      </w:r>
    </w:p>
    <w:p w14:paraId="636A3BCA" w14:textId="1B567221" w:rsidR="003958CF" w:rsidRPr="00873959" w:rsidRDefault="004D0B71" w:rsidP="007F3301">
      <w:pPr>
        <w:pStyle w:val="ListParagraph"/>
        <w:numPr>
          <w:ilvl w:val="0"/>
          <w:numId w:val="15"/>
        </w:numPr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Sky Business Broadband – £</w:t>
      </w:r>
      <w:r w:rsidR="006A255C" w:rsidRPr="00873959">
        <w:rPr>
          <w:rFonts w:ascii="Aptos" w:hAnsi="Aptos" w:cs="Arial"/>
          <w:color w:val="000000" w:themeColor="text1"/>
          <w:sz w:val="24"/>
          <w:szCs w:val="24"/>
        </w:rPr>
        <w:t>3</w:t>
      </w:r>
      <w:r w:rsidR="00880190" w:rsidRPr="00873959">
        <w:rPr>
          <w:rFonts w:ascii="Aptos" w:hAnsi="Aptos" w:cs="Arial"/>
          <w:color w:val="000000" w:themeColor="text1"/>
          <w:sz w:val="24"/>
          <w:szCs w:val="24"/>
        </w:rPr>
        <w:t>5.34</w:t>
      </w:r>
      <w:r w:rsidRPr="00873959">
        <w:rPr>
          <w:rFonts w:ascii="Aptos" w:hAnsi="Aptos" w:cs="Arial"/>
          <w:color w:val="000000" w:themeColor="text1"/>
          <w:sz w:val="24"/>
          <w:szCs w:val="24"/>
        </w:rPr>
        <w:t xml:space="preserve"> (incl. VAT £</w:t>
      </w:r>
      <w:r w:rsidR="00665CF9" w:rsidRPr="00873959">
        <w:rPr>
          <w:rFonts w:ascii="Aptos" w:hAnsi="Aptos" w:cs="Arial"/>
          <w:color w:val="000000" w:themeColor="text1"/>
          <w:sz w:val="24"/>
          <w:szCs w:val="24"/>
        </w:rPr>
        <w:t>5.</w:t>
      </w:r>
      <w:r w:rsidR="00F0741A" w:rsidRPr="00873959">
        <w:rPr>
          <w:rFonts w:ascii="Aptos" w:hAnsi="Aptos" w:cs="Arial"/>
          <w:color w:val="000000" w:themeColor="text1"/>
          <w:sz w:val="24"/>
          <w:szCs w:val="24"/>
        </w:rPr>
        <w:t>89</w:t>
      </w:r>
      <w:r w:rsidRPr="00873959">
        <w:rPr>
          <w:rFonts w:ascii="Aptos" w:hAnsi="Aptos" w:cs="Arial"/>
          <w:color w:val="000000" w:themeColor="text1"/>
          <w:sz w:val="24"/>
          <w:szCs w:val="24"/>
        </w:rPr>
        <w:t xml:space="preserve">) </w:t>
      </w:r>
      <w:r w:rsidR="00D17EA3" w:rsidRPr="00873959">
        <w:rPr>
          <w:rFonts w:ascii="Aptos" w:hAnsi="Aptos" w:cs="Arial"/>
          <w:color w:val="000000" w:themeColor="text1"/>
          <w:sz w:val="24"/>
          <w:szCs w:val="24"/>
        </w:rPr>
        <w:t>(DD)</w:t>
      </w:r>
    </w:p>
    <w:p w14:paraId="463EAA5D" w14:textId="332312EB" w:rsidR="005A3B15" w:rsidRPr="005A3B15" w:rsidRDefault="00F84941" w:rsidP="005A3B15">
      <w:pPr>
        <w:pStyle w:val="ListParagraph"/>
        <w:numPr>
          <w:ilvl w:val="0"/>
          <w:numId w:val="15"/>
        </w:numPr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 xml:space="preserve">Valda Energy, street lighting </w:t>
      </w:r>
      <w:r w:rsidR="00164DC0" w:rsidRPr="00873959">
        <w:rPr>
          <w:rFonts w:ascii="Aptos" w:hAnsi="Aptos" w:cs="Arial"/>
          <w:color w:val="000000" w:themeColor="text1"/>
          <w:sz w:val="24"/>
          <w:szCs w:val="24"/>
        </w:rPr>
        <w:t>£</w:t>
      </w:r>
      <w:r w:rsidR="00D5510C">
        <w:rPr>
          <w:rFonts w:ascii="Aptos" w:hAnsi="Aptos" w:cs="Arial"/>
          <w:color w:val="000000" w:themeColor="text1"/>
          <w:sz w:val="24"/>
          <w:szCs w:val="24"/>
        </w:rPr>
        <w:t>147.71</w:t>
      </w:r>
      <w:r w:rsidR="00313ABD" w:rsidRPr="00873959">
        <w:rPr>
          <w:rFonts w:ascii="Aptos" w:hAnsi="Aptos" w:cs="Arial"/>
          <w:color w:val="000000" w:themeColor="text1"/>
          <w:sz w:val="24"/>
          <w:szCs w:val="24"/>
        </w:rPr>
        <w:t xml:space="preserve"> (including VAT </w:t>
      </w:r>
      <w:r w:rsidR="00A2310E" w:rsidRPr="00873959">
        <w:rPr>
          <w:rFonts w:ascii="Aptos" w:hAnsi="Aptos" w:cs="Arial"/>
          <w:color w:val="000000" w:themeColor="text1"/>
          <w:sz w:val="24"/>
          <w:szCs w:val="24"/>
        </w:rPr>
        <w:t>5%</w:t>
      </w:r>
      <w:r w:rsidR="007F5ACE" w:rsidRPr="00873959">
        <w:rPr>
          <w:rFonts w:ascii="Aptos" w:hAnsi="Aptos" w:cs="Arial"/>
          <w:color w:val="000000" w:themeColor="text1"/>
          <w:sz w:val="24"/>
          <w:szCs w:val="24"/>
        </w:rPr>
        <w:t>)</w:t>
      </w:r>
    </w:p>
    <w:p w14:paraId="72F0E147" w14:textId="7CC2DC71" w:rsidR="009159CD" w:rsidRPr="00873959" w:rsidRDefault="009159CD" w:rsidP="00FB0975">
      <w:pPr>
        <w:pStyle w:val="ListParagraph"/>
        <w:rPr>
          <w:rFonts w:ascii="Aptos" w:hAnsi="Aptos" w:cs="Arial"/>
          <w:color w:val="000000" w:themeColor="text1"/>
          <w:sz w:val="24"/>
          <w:szCs w:val="24"/>
        </w:rPr>
      </w:pPr>
    </w:p>
    <w:p w14:paraId="018BFA07" w14:textId="16A8C5A1" w:rsidR="00094483" w:rsidRPr="00873959" w:rsidRDefault="00EC0F74" w:rsidP="00FB3837">
      <w:pPr>
        <w:pStyle w:val="Heading2"/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7</w:t>
      </w:r>
      <w:r w:rsidR="004D0B71" w:rsidRPr="00873959">
        <w:rPr>
          <w:rFonts w:ascii="Aptos" w:hAnsi="Aptos" w:cs="Arial"/>
          <w:color w:val="000000" w:themeColor="text1"/>
          <w:sz w:val="24"/>
          <w:szCs w:val="24"/>
        </w:rPr>
        <w:t>. Ongoing Matters</w:t>
      </w:r>
    </w:p>
    <w:p w14:paraId="7AC8F1B2" w14:textId="1AB7DABC" w:rsidR="00FE180F" w:rsidRPr="00873959" w:rsidRDefault="00FE180F" w:rsidP="004333D3">
      <w:pPr>
        <w:pStyle w:val="ListParagraph"/>
        <w:numPr>
          <w:ilvl w:val="0"/>
          <w:numId w:val="14"/>
        </w:numPr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 xml:space="preserve">Update Moat House Farm Stud planning enforcement </w:t>
      </w:r>
    </w:p>
    <w:p w14:paraId="48D5C5EE" w14:textId="66AA03FA" w:rsidR="00C02EEF" w:rsidRPr="00873959" w:rsidRDefault="00FE180F" w:rsidP="00DA070B">
      <w:pPr>
        <w:pStyle w:val="ListParagraph"/>
        <w:numPr>
          <w:ilvl w:val="0"/>
          <w:numId w:val="14"/>
        </w:numPr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Update The Coppice planning enforcement</w:t>
      </w:r>
    </w:p>
    <w:p w14:paraId="6033E4DB" w14:textId="1BE21BAA" w:rsidR="00FB3837" w:rsidRDefault="00C02EEF" w:rsidP="00873959">
      <w:pPr>
        <w:pStyle w:val="ListParagraph"/>
        <w:numPr>
          <w:ilvl w:val="0"/>
          <w:numId w:val="14"/>
        </w:numPr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 xml:space="preserve">TPO </w:t>
      </w:r>
      <w:r w:rsidR="0097191C" w:rsidRPr="00873959">
        <w:rPr>
          <w:rFonts w:ascii="Aptos" w:hAnsi="Aptos" w:cs="Arial"/>
          <w:color w:val="000000" w:themeColor="text1"/>
          <w:sz w:val="24"/>
          <w:szCs w:val="24"/>
        </w:rPr>
        <w:t>– land at Watery Lane</w:t>
      </w:r>
    </w:p>
    <w:p w14:paraId="3B5DC6C5" w14:textId="77777777" w:rsidR="00ED76E7" w:rsidRPr="00BE66F9" w:rsidRDefault="00363314" w:rsidP="00ED76E7">
      <w:pPr>
        <w:pStyle w:val="ListParagraph"/>
        <w:numPr>
          <w:ilvl w:val="0"/>
          <w:numId w:val="14"/>
        </w:numPr>
        <w:rPr>
          <w:rFonts w:ascii="Aptos" w:hAnsi="Aptos" w:cs="Arial"/>
          <w:color w:val="000000" w:themeColor="text1"/>
          <w:sz w:val="24"/>
          <w:szCs w:val="24"/>
          <w:lang w:val="en-GB"/>
        </w:rPr>
      </w:pPr>
      <w:r w:rsidRPr="00BE66F9">
        <w:rPr>
          <w:rFonts w:ascii="Aptos" w:hAnsi="Aptos" w:cs="Arial"/>
          <w:color w:val="000000" w:themeColor="text1"/>
          <w:sz w:val="24"/>
          <w:szCs w:val="24"/>
        </w:rPr>
        <w:t xml:space="preserve">Email </w:t>
      </w:r>
      <w:r w:rsidR="00ED76E7" w:rsidRPr="00BE66F9">
        <w:rPr>
          <w:rFonts w:ascii="Aptos" w:hAnsi="Aptos" w:cs="Arial"/>
          <w:color w:val="000000" w:themeColor="text1"/>
          <w:sz w:val="24"/>
          <w:szCs w:val="24"/>
        </w:rPr>
        <w:t xml:space="preserve">regarding </w:t>
      </w:r>
      <w:r w:rsidR="00ED76E7" w:rsidRPr="00BE66F9">
        <w:rPr>
          <w:rFonts w:ascii="Aptos" w:hAnsi="Aptos" w:cs="Arial"/>
          <w:color w:val="000000" w:themeColor="text1"/>
          <w:sz w:val="24"/>
          <w:szCs w:val="24"/>
          <w:lang w:val="en-GB"/>
        </w:rPr>
        <w:t> The Old Stores - Hedge, Tree and Grass Verge Maintenance</w:t>
      </w:r>
    </w:p>
    <w:p w14:paraId="1F94058B" w14:textId="644A90B3" w:rsidR="00B614B4" w:rsidRPr="00BE66F9" w:rsidRDefault="004D63CF" w:rsidP="00B614B4">
      <w:pPr>
        <w:pStyle w:val="ListParagraph"/>
        <w:numPr>
          <w:ilvl w:val="0"/>
          <w:numId w:val="14"/>
        </w:numPr>
        <w:rPr>
          <w:rFonts w:ascii="Aptos" w:hAnsi="Aptos" w:cs="Arial"/>
          <w:color w:val="000000" w:themeColor="text1"/>
          <w:sz w:val="24"/>
          <w:szCs w:val="24"/>
        </w:rPr>
      </w:pPr>
      <w:r>
        <w:rPr>
          <w:rFonts w:ascii="Aptos" w:hAnsi="Aptos" w:cs="Arial"/>
          <w:color w:val="000000" w:themeColor="text1"/>
          <w:sz w:val="24"/>
          <w:szCs w:val="24"/>
        </w:rPr>
        <w:t>VAS signs</w:t>
      </w:r>
    </w:p>
    <w:p w14:paraId="2584F223" w14:textId="77777777" w:rsidR="00A674FE" w:rsidRPr="00A674FE" w:rsidRDefault="00A674FE" w:rsidP="00A674FE">
      <w:pPr>
        <w:pStyle w:val="ListParagraph"/>
        <w:rPr>
          <w:rFonts w:ascii="Aptos" w:hAnsi="Aptos" w:cs="Arial"/>
          <w:color w:val="000000" w:themeColor="text1"/>
          <w:sz w:val="24"/>
          <w:szCs w:val="24"/>
        </w:rPr>
      </w:pPr>
    </w:p>
    <w:p w14:paraId="1ADE3FD5" w14:textId="6161E183" w:rsidR="00D7275B" w:rsidRPr="00873959" w:rsidRDefault="00EC0F74" w:rsidP="00FB3837">
      <w:pPr>
        <w:pStyle w:val="Heading2"/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8</w:t>
      </w:r>
      <w:r w:rsidR="004D0B71" w:rsidRPr="00873959">
        <w:rPr>
          <w:rFonts w:ascii="Aptos" w:hAnsi="Aptos" w:cs="Arial"/>
          <w:color w:val="000000" w:themeColor="text1"/>
          <w:sz w:val="24"/>
          <w:szCs w:val="24"/>
        </w:rPr>
        <w:t>. Correspondence and Other Matter</w:t>
      </w:r>
      <w:r w:rsidR="00AB1C5F" w:rsidRPr="00873959">
        <w:rPr>
          <w:rFonts w:ascii="Aptos" w:hAnsi="Aptos" w:cs="Arial"/>
          <w:color w:val="000000" w:themeColor="text1"/>
          <w:sz w:val="24"/>
          <w:szCs w:val="24"/>
        </w:rPr>
        <w:t>s</w:t>
      </w:r>
    </w:p>
    <w:p w14:paraId="68EEF6BD" w14:textId="0CF22435" w:rsidR="00873959" w:rsidRDefault="00E929DF" w:rsidP="00873959">
      <w:pPr>
        <w:pStyle w:val="ListParagraph"/>
        <w:numPr>
          <w:ilvl w:val="0"/>
          <w:numId w:val="25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Church Clock</w:t>
      </w:r>
      <w:r w:rsidR="00785FF3">
        <w:rPr>
          <w:rFonts w:ascii="Aptos" w:hAnsi="Aptos"/>
          <w:sz w:val="24"/>
          <w:szCs w:val="24"/>
        </w:rPr>
        <w:t xml:space="preserve"> – update re possibility of PC donating charity money towards the repair.</w:t>
      </w:r>
    </w:p>
    <w:p w14:paraId="19964FF8" w14:textId="091F230D" w:rsidR="00E929DF" w:rsidRDefault="00363314" w:rsidP="00873959">
      <w:pPr>
        <w:pStyle w:val="ListParagraph"/>
        <w:numPr>
          <w:ilvl w:val="0"/>
          <w:numId w:val="25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ICO</w:t>
      </w:r>
      <w:r w:rsidR="00785FF3">
        <w:rPr>
          <w:rFonts w:ascii="Aptos" w:hAnsi="Aptos"/>
          <w:sz w:val="24"/>
          <w:szCs w:val="24"/>
        </w:rPr>
        <w:t xml:space="preserve"> regist</w:t>
      </w:r>
      <w:r w:rsidR="007428D3">
        <w:rPr>
          <w:rFonts w:ascii="Aptos" w:hAnsi="Aptos"/>
          <w:sz w:val="24"/>
          <w:szCs w:val="24"/>
        </w:rPr>
        <w:t>ration.</w:t>
      </w:r>
    </w:p>
    <w:p w14:paraId="30292618" w14:textId="792DDFA5" w:rsidR="005C32D8" w:rsidRDefault="0061529D" w:rsidP="004F478C">
      <w:pPr>
        <w:pStyle w:val="ListParagraph"/>
        <w:numPr>
          <w:ilvl w:val="0"/>
          <w:numId w:val="25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To note NALC </w:t>
      </w:r>
      <w:r w:rsidR="009B2C8A">
        <w:rPr>
          <w:rFonts w:ascii="Aptos" w:hAnsi="Aptos"/>
          <w:sz w:val="24"/>
          <w:szCs w:val="24"/>
        </w:rPr>
        <w:t>pay scale</w:t>
      </w:r>
      <w:r w:rsidR="00A53A7E">
        <w:rPr>
          <w:rFonts w:ascii="Aptos" w:hAnsi="Aptos"/>
          <w:sz w:val="24"/>
          <w:szCs w:val="24"/>
        </w:rPr>
        <w:t xml:space="preserve"> increment 12</w:t>
      </w:r>
      <w:r w:rsidR="009B2C8A">
        <w:rPr>
          <w:rFonts w:ascii="Aptos" w:hAnsi="Aptos"/>
          <w:sz w:val="24"/>
          <w:szCs w:val="24"/>
        </w:rPr>
        <w:t xml:space="preserve"> increase &amp; backdate from April 1</w:t>
      </w:r>
      <w:r w:rsidR="009B2C8A" w:rsidRPr="009B2C8A">
        <w:rPr>
          <w:rFonts w:ascii="Aptos" w:hAnsi="Aptos"/>
          <w:sz w:val="24"/>
          <w:szCs w:val="24"/>
          <w:vertAlign w:val="superscript"/>
        </w:rPr>
        <w:t>st</w:t>
      </w:r>
      <w:r w:rsidR="009B2C8A">
        <w:rPr>
          <w:rFonts w:ascii="Aptos" w:hAnsi="Aptos"/>
          <w:sz w:val="24"/>
          <w:szCs w:val="24"/>
        </w:rPr>
        <w:t xml:space="preserve"> 2026</w:t>
      </w:r>
      <w:r w:rsidR="00051F4C">
        <w:rPr>
          <w:rFonts w:ascii="Aptos" w:hAnsi="Aptos"/>
          <w:sz w:val="24"/>
          <w:szCs w:val="24"/>
        </w:rPr>
        <w:t xml:space="preserve"> (</w:t>
      </w:r>
      <w:r w:rsidR="005C32D8">
        <w:rPr>
          <w:rFonts w:ascii="Aptos" w:hAnsi="Aptos"/>
          <w:sz w:val="24"/>
          <w:szCs w:val="24"/>
        </w:rPr>
        <w:t>as per NALC)</w:t>
      </w:r>
    </w:p>
    <w:p w14:paraId="3AB874EB" w14:textId="216FF47B" w:rsidR="004F478C" w:rsidRPr="004F478C" w:rsidRDefault="00725A76" w:rsidP="004F478C">
      <w:pPr>
        <w:pStyle w:val="ListParagraph"/>
        <w:numPr>
          <w:ilvl w:val="0"/>
          <w:numId w:val="25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Email regarding clerk pay scales </w:t>
      </w:r>
    </w:p>
    <w:p w14:paraId="6B11A039" w14:textId="184A6042" w:rsidR="00363314" w:rsidRPr="00363314" w:rsidRDefault="00363314" w:rsidP="00363314">
      <w:pPr>
        <w:ind w:left="360"/>
        <w:rPr>
          <w:rFonts w:ascii="Aptos" w:hAnsi="Aptos"/>
          <w:sz w:val="24"/>
          <w:szCs w:val="24"/>
        </w:rPr>
      </w:pPr>
    </w:p>
    <w:p w14:paraId="58BFA97E" w14:textId="426E321D" w:rsidR="009A1A3C" w:rsidRPr="00873959" w:rsidRDefault="00EC0F74" w:rsidP="000B1918">
      <w:pPr>
        <w:pStyle w:val="Heading2"/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9</w:t>
      </w:r>
      <w:r w:rsidR="000B1918" w:rsidRPr="00873959">
        <w:rPr>
          <w:rFonts w:ascii="Aptos" w:hAnsi="Aptos" w:cs="Arial"/>
          <w:color w:val="000000" w:themeColor="text1"/>
          <w:sz w:val="24"/>
          <w:szCs w:val="24"/>
        </w:rPr>
        <w:t>.</w:t>
      </w:r>
      <w:r w:rsidR="004D0B71" w:rsidRPr="00873959">
        <w:rPr>
          <w:rFonts w:ascii="Aptos" w:hAnsi="Aptos" w:cs="Arial"/>
          <w:color w:val="000000" w:themeColor="text1"/>
          <w:sz w:val="24"/>
          <w:szCs w:val="24"/>
        </w:rPr>
        <w:t>Councillors’ Comments</w:t>
      </w:r>
    </w:p>
    <w:p w14:paraId="5F94A673" w14:textId="4CC01CDE" w:rsidR="003958CF" w:rsidRPr="00873959" w:rsidRDefault="003456A2">
      <w:pPr>
        <w:pStyle w:val="Heading2"/>
        <w:rPr>
          <w:rFonts w:ascii="Aptos" w:hAnsi="Aptos" w:cs="Arial"/>
          <w:color w:val="000000" w:themeColor="text1"/>
          <w:sz w:val="24"/>
          <w:szCs w:val="24"/>
        </w:rPr>
      </w:pPr>
      <w:r w:rsidRPr="00873959">
        <w:rPr>
          <w:rFonts w:ascii="Aptos" w:hAnsi="Aptos" w:cs="Arial"/>
          <w:color w:val="000000" w:themeColor="text1"/>
          <w:sz w:val="24"/>
          <w:szCs w:val="24"/>
        </w:rPr>
        <w:t>1</w:t>
      </w:r>
      <w:r w:rsidR="00EC0F74" w:rsidRPr="00873959">
        <w:rPr>
          <w:rFonts w:ascii="Aptos" w:hAnsi="Aptos" w:cs="Arial"/>
          <w:color w:val="000000" w:themeColor="text1"/>
          <w:sz w:val="24"/>
          <w:szCs w:val="24"/>
        </w:rPr>
        <w:t>0</w:t>
      </w:r>
      <w:r w:rsidRPr="00873959">
        <w:rPr>
          <w:rFonts w:ascii="Aptos" w:hAnsi="Aptos" w:cs="Arial"/>
          <w:color w:val="000000" w:themeColor="text1"/>
          <w:sz w:val="24"/>
          <w:szCs w:val="24"/>
        </w:rPr>
        <w:t>.</w:t>
      </w:r>
      <w:r w:rsidR="004D0B71" w:rsidRPr="00873959">
        <w:rPr>
          <w:rFonts w:ascii="Aptos" w:hAnsi="Aptos" w:cs="Arial"/>
          <w:color w:val="000000" w:themeColor="text1"/>
          <w:sz w:val="24"/>
          <w:szCs w:val="24"/>
        </w:rPr>
        <w:t>Date of Next Meeting</w:t>
      </w:r>
    </w:p>
    <w:p w14:paraId="585B2FF3" w14:textId="5208FFA3" w:rsidR="004D0B71" w:rsidRPr="00873959" w:rsidRDefault="00CE69BA" w:rsidP="00B12106">
      <w:pPr>
        <w:rPr>
          <w:rFonts w:ascii="Aptos" w:hAnsi="Aptos" w:cs="Arial"/>
          <w:color w:val="000000" w:themeColor="text1"/>
          <w:sz w:val="24"/>
          <w:szCs w:val="24"/>
        </w:rPr>
      </w:pPr>
      <w:r>
        <w:rPr>
          <w:rFonts w:ascii="Aptos" w:hAnsi="Aptos" w:cs="Arial"/>
          <w:color w:val="000000" w:themeColor="text1"/>
          <w:sz w:val="24"/>
          <w:szCs w:val="24"/>
        </w:rPr>
        <w:t xml:space="preserve">Ordinary Parish Meeting Tuesday </w:t>
      </w:r>
      <w:r w:rsidR="00E43B79">
        <w:rPr>
          <w:rFonts w:ascii="Aptos" w:hAnsi="Aptos" w:cs="Arial"/>
          <w:color w:val="000000" w:themeColor="text1"/>
          <w:sz w:val="24"/>
          <w:szCs w:val="24"/>
        </w:rPr>
        <w:t>6</w:t>
      </w:r>
      <w:r w:rsidR="00E43B79" w:rsidRPr="00E43B79">
        <w:rPr>
          <w:rFonts w:ascii="Aptos" w:hAnsi="Aptos" w:cs="Arial"/>
          <w:color w:val="000000" w:themeColor="text1"/>
          <w:sz w:val="24"/>
          <w:szCs w:val="24"/>
          <w:vertAlign w:val="superscript"/>
        </w:rPr>
        <w:t>th</w:t>
      </w:r>
      <w:r w:rsidR="00E43B79">
        <w:rPr>
          <w:rFonts w:ascii="Aptos" w:hAnsi="Aptos" w:cs="Arial"/>
          <w:color w:val="000000" w:themeColor="text1"/>
          <w:sz w:val="24"/>
          <w:szCs w:val="24"/>
        </w:rPr>
        <w:t xml:space="preserve"> </w:t>
      </w:r>
      <w:r w:rsidR="00B379DE">
        <w:rPr>
          <w:rFonts w:ascii="Aptos" w:hAnsi="Aptos" w:cs="Arial"/>
          <w:color w:val="000000" w:themeColor="text1"/>
          <w:sz w:val="24"/>
          <w:szCs w:val="24"/>
        </w:rPr>
        <w:t>October</w:t>
      </w:r>
      <w:r w:rsidR="00522353" w:rsidRPr="00873959">
        <w:rPr>
          <w:rFonts w:ascii="Aptos" w:hAnsi="Aptos" w:cs="Arial"/>
          <w:color w:val="000000" w:themeColor="text1"/>
          <w:sz w:val="24"/>
          <w:szCs w:val="24"/>
        </w:rPr>
        <w:t xml:space="preserve"> at</w:t>
      </w:r>
      <w:r w:rsidR="00CB633F" w:rsidRPr="00873959">
        <w:rPr>
          <w:rFonts w:ascii="Aptos" w:hAnsi="Aptos" w:cs="Arial"/>
          <w:color w:val="000000" w:themeColor="text1"/>
          <w:sz w:val="24"/>
          <w:szCs w:val="24"/>
        </w:rPr>
        <w:t xml:space="preserve"> 7pm, Ullenhall Village Hall</w:t>
      </w:r>
    </w:p>
    <w:sectPr w:rsidR="004D0B71" w:rsidRPr="00873959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67258" w14:textId="77777777" w:rsidR="00BF0DFC" w:rsidRDefault="00BF0DFC" w:rsidP="0089272E">
      <w:pPr>
        <w:spacing w:after="0" w:line="240" w:lineRule="auto"/>
      </w:pPr>
      <w:r>
        <w:separator/>
      </w:r>
    </w:p>
  </w:endnote>
  <w:endnote w:type="continuationSeparator" w:id="0">
    <w:p w14:paraId="7BEFF1BA" w14:textId="77777777" w:rsidR="00BF0DFC" w:rsidRDefault="00BF0DFC" w:rsidP="00892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1880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E0614A" w14:textId="2551D2D3" w:rsidR="0089272E" w:rsidRDefault="008927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B2AEAE" w14:textId="77777777" w:rsidR="0089272E" w:rsidRDefault="008927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38072" w14:textId="77777777" w:rsidR="00BF0DFC" w:rsidRDefault="00BF0DFC" w:rsidP="0089272E">
      <w:pPr>
        <w:spacing w:after="0" w:line="240" w:lineRule="auto"/>
      </w:pPr>
      <w:r>
        <w:separator/>
      </w:r>
    </w:p>
  </w:footnote>
  <w:footnote w:type="continuationSeparator" w:id="0">
    <w:p w14:paraId="7ABC352A" w14:textId="77777777" w:rsidR="00BF0DFC" w:rsidRDefault="00BF0DFC" w:rsidP="008927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327307"/>
    <w:multiLevelType w:val="hybridMultilevel"/>
    <w:tmpl w:val="5EBE30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8A652D"/>
    <w:multiLevelType w:val="hybridMultilevel"/>
    <w:tmpl w:val="F6745F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1F6FE1"/>
    <w:multiLevelType w:val="hybridMultilevel"/>
    <w:tmpl w:val="BFFCE0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339DA"/>
    <w:multiLevelType w:val="hybridMultilevel"/>
    <w:tmpl w:val="107483E6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04CF2"/>
    <w:multiLevelType w:val="hybridMultilevel"/>
    <w:tmpl w:val="3F5E5E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321F4"/>
    <w:multiLevelType w:val="hybridMultilevel"/>
    <w:tmpl w:val="9572D24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517A54"/>
    <w:multiLevelType w:val="hybridMultilevel"/>
    <w:tmpl w:val="BC4C456E"/>
    <w:lvl w:ilvl="0" w:tplc="1EDE894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EE5B8D"/>
    <w:multiLevelType w:val="hybridMultilevel"/>
    <w:tmpl w:val="DF263B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654992"/>
    <w:multiLevelType w:val="hybridMultilevel"/>
    <w:tmpl w:val="6430DE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4817CD"/>
    <w:multiLevelType w:val="hybridMultilevel"/>
    <w:tmpl w:val="DE6C7DFE"/>
    <w:lvl w:ilvl="0" w:tplc="F41468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E711FB"/>
    <w:multiLevelType w:val="hybridMultilevel"/>
    <w:tmpl w:val="E0D6FD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2E051D"/>
    <w:multiLevelType w:val="hybridMultilevel"/>
    <w:tmpl w:val="BDCA9C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6B2267"/>
    <w:multiLevelType w:val="hybridMultilevel"/>
    <w:tmpl w:val="A9E650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7E2257"/>
    <w:multiLevelType w:val="hybridMultilevel"/>
    <w:tmpl w:val="2230DC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B2415"/>
    <w:multiLevelType w:val="hybridMultilevel"/>
    <w:tmpl w:val="E796236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1E017F9"/>
    <w:multiLevelType w:val="hybridMultilevel"/>
    <w:tmpl w:val="8DF6C2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E405BB"/>
    <w:multiLevelType w:val="hybridMultilevel"/>
    <w:tmpl w:val="B82CFA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D82CD5"/>
    <w:multiLevelType w:val="hybridMultilevel"/>
    <w:tmpl w:val="66121B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EC5ECA"/>
    <w:multiLevelType w:val="hybridMultilevel"/>
    <w:tmpl w:val="5D7022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203497">
    <w:abstractNumId w:val="8"/>
  </w:num>
  <w:num w:numId="2" w16cid:durableId="1312371006">
    <w:abstractNumId w:val="6"/>
  </w:num>
  <w:num w:numId="3" w16cid:durableId="398752904">
    <w:abstractNumId w:val="5"/>
  </w:num>
  <w:num w:numId="4" w16cid:durableId="599918809">
    <w:abstractNumId w:val="4"/>
  </w:num>
  <w:num w:numId="5" w16cid:durableId="393549181">
    <w:abstractNumId w:val="7"/>
  </w:num>
  <w:num w:numId="6" w16cid:durableId="2119713904">
    <w:abstractNumId w:val="3"/>
  </w:num>
  <w:num w:numId="7" w16cid:durableId="1512603427">
    <w:abstractNumId w:val="2"/>
  </w:num>
  <w:num w:numId="8" w16cid:durableId="1793935762">
    <w:abstractNumId w:val="1"/>
  </w:num>
  <w:num w:numId="9" w16cid:durableId="1945115587">
    <w:abstractNumId w:val="0"/>
  </w:num>
  <w:num w:numId="10" w16cid:durableId="432555824">
    <w:abstractNumId w:val="24"/>
  </w:num>
  <w:num w:numId="11" w16cid:durableId="1820420092">
    <w:abstractNumId w:val="16"/>
  </w:num>
  <w:num w:numId="12" w16cid:durableId="1748654501">
    <w:abstractNumId w:val="25"/>
  </w:num>
  <w:num w:numId="13" w16cid:durableId="1808162208">
    <w:abstractNumId w:val="10"/>
  </w:num>
  <w:num w:numId="14" w16cid:durableId="276840545">
    <w:abstractNumId w:val="26"/>
  </w:num>
  <w:num w:numId="15" w16cid:durableId="1414934890">
    <w:abstractNumId w:val="22"/>
  </w:num>
  <w:num w:numId="16" w16cid:durableId="317151493">
    <w:abstractNumId w:val="20"/>
  </w:num>
  <w:num w:numId="17" w16cid:durableId="200171814">
    <w:abstractNumId w:val="13"/>
  </w:num>
  <w:num w:numId="18" w16cid:durableId="873615101">
    <w:abstractNumId w:val="12"/>
  </w:num>
  <w:num w:numId="19" w16cid:durableId="1268124512">
    <w:abstractNumId w:val="9"/>
  </w:num>
  <w:num w:numId="20" w16cid:durableId="1638873835">
    <w:abstractNumId w:val="27"/>
  </w:num>
  <w:num w:numId="21" w16cid:durableId="1010061963">
    <w:abstractNumId w:val="19"/>
  </w:num>
  <w:num w:numId="22" w16cid:durableId="317224882">
    <w:abstractNumId w:val="15"/>
  </w:num>
  <w:num w:numId="23" w16cid:durableId="156380551">
    <w:abstractNumId w:val="23"/>
  </w:num>
  <w:num w:numId="24" w16cid:durableId="353502649">
    <w:abstractNumId w:val="17"/>
  </w:num>
  <w:num w:numId="25" w16cid:durableId="1812016084">
    <w:abstractNumId w:val="11"/>
  </w:num>
  <w:num w:numId="26" w16cid:durableId="319775969">
    <w:abstractNumId w:val="21"/>
  </w:num>
  <w:num w:numId="27" w16cid:durableId="1496533259">
    <w:abstractNumId w:val="18"/>
  </w:num>
  <w:num w:numId="28" w16cid:durableId="76064057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F5B"/>
    <w:rsid w:val="0000180C"/>
    <w:rsid w:val="00004DA3"/>
    <w:rsid w:val="000079C2"/>
    <w:rsid w:val="00007ABE"/>
    <w:rsid w:val="000209A2"/>
    <w:rsid w:val="00027457"/>
    <w:rsid w:val="00027574"/>
    <w:rsid w:val="00031551"/>
    <w:rsid w:val="00033343"/>
    <w:rsid w:val="00034616"/>
    <w:rsid w:val="00045ADD"/>
    <w:rsid w:val="00051F4C"/>
    <w:rsid w:val="0005553C"/>
    <w:rsid w:val="0005591F"/>
    <w:rsid w:val="000563DD"/>
    <w:rsid w:val="0006063C"/>
    <w:rsid w:val="00070655"/>
    <w:rsid w:val="000778E2"/>
    <w:rsid w:val="00084B0A"/>
    <w:rsid w:val="0008506B"/>
    <w:rsid w:val="00094483"/>
    <w:rsid w:val="000A5A7F"/>
    <w:rsid w:val="000B1918"/>
    <w:rsid w:val="000B440F"/>
    <w:rsid w:val="000C29D6"/>
    <w:rsid w:val="000C4133"/>
    <w:rsid w:val="000C61B6"/>
    <w:rsid w:val="000D393E"/>
    <w:rsid w:val="000E17B1"/>
    <w:rsid w:val="000E1D4B"/>
    <w:rsid w:val="000F3E66"/>
    <w:rsid w:val="001001FF"/>
    <w:rsid w:val="00100CFA"/>
    <w:rsid w:val="00104741"/>
    <w:rsid w:val="001117FA"/>
    <w:rsid w:val="00111C5C"/>
    <w:rsid w:val="00115225"/>
    <w:rsid w:val="0011782B"/>
    <w:rsid w:val="001205D7"/>
    <w:rsid w:val="00122123"/>
    <w:rsid w:val="00124049"/>
    <w:rsid w:val="00126A4C"/>
    <w:rsid w:val="00126E95"/>
    <w:rsid w:val="001311E1"/>
    <w:rsid w:val="001332EC"/>
    <w:rsid w:val="00136C6F"/>
    <w:rsid w:val="00141275"/>
    <w:rsid w:val="00141371"/>
    <w:rsid w:val="00143330"/>
    <w:rsid w:val="001433FD"/>
    <w:rsid w:val="00147D41"/>
    <w:rsid w:val="0015074B"/>
    <w:rsid w:val="0015353F"/>
    <w:rsid w:val="00157B5C"/>
    <w:rsid w:val="00162EA6"/>
    <w:rsid w:val="00164DC0"/>
    <w:rsid w:val="00171422"/>
    <w:rsid w:val="00182FED"/>
    <w:rsid w:val="0019298A"/>
    <w:rsid w:val="00197A85"/>
    <w:rsid w:val="001A0304"/>
    <w:rsid w:val="001A0EF5"/>
    <w:rsid w:val="001A2646"/>
    <w:rsid w:val="001A29A9"/>
    <w:rsid w:val="001B4447"/>
    <w:rsid w:val="001B525E"/>
    <w:rsid w:val="001B6B31"/>
    <w:rsid w:val="001B7508"/>
    <w:rsid w:val="001C0663"/>
    <w:rsid w:val="001C4035"/>
    <w:rsid w:val="001C4E7E"/>
    <w:rsid w:val="001C7356"/>
    <w:rsid w:val="001D276D"/>
    <w:rsid w:val="001D4B8A"/>
    <w:rsid w:val="001E06B2"/>
    <w:rsid w:val="001E0EA6"/>
    <w:rsid w:val="001E515F"/>
    <w:rsid w:val="001F43C1"/>
    <w:rsid w:val="001F6C0A"/>
    <w:rsid w:val="001F7C8A"/>
    <w:rsid w:val="00212232"/>
    <w:rsid w:val="002129E0"/>
    <w:rsid w:val="00213942"/>
    <w:rsid w:val="002155E1"/>
    <w:rsid w:val="00215795"/>
    <w:rsid w:val="00223F42"/>
    <w:rsid w:val="002278E2"/>
    <w:rsid w:val="00227B8F"/>
    <w:rsid w:val="00230581"/>
    <w:rsid w:val="00231D08"/>
    <w:rsid w:val="00243267"/>
    <w:rsid w:val="00260635"/>
    <w:rsid w:val="00261CCA"/>
    <w:rsid w:val="00266E00"/>
    <w:rsid w:val="00267A17"/>
    <w:rsid w:val="00271361"/>
    <w:rsid w:val="002773AD"/>
    <w:rsid w:val="002805A3"/>
    <w:rsid w:val="00280ED3"/>
    <w:rsid w:val="00284F77"/>
    <w:rsid w:val="00287CDB"/>
    <w:rsid w:val="00291EE0"/>
    <w:rsid w:val="002938D5"/>
    <w:rsid w:val="0029639D"/>
    <w:rsid w:val="00297CCB"/>
    <w:rsid w:val="002B23D7"/>
    <w:rsid w:val="002C0440"/>
    <w:rsid w:val="002C0628"/>
    <w:rsid w:val="002C3379"/>
    <w:rsid w:val="002D04EB"/>
    <w:rsid w:val="002D1690"/>
    <w:rsid w:val="002D3ADD"/>
    <w:rsid w:val="002D6930"/>
    <w:rsid w:val="002E3C6F"/>
    <w:rsid w:val="002E5BD4"/>
    <w:rsid w:val="002F1F7A"/>
    <w:rsid w:val="002F200E"/>
    <w:rsid w:val="002F5EDB"/>
    <w:rsid w:val="00300A62"/>
    <w:rsid w:val="00301388"/>
    <w:rsid w:val="00313ABD"/>
    <w:rsid w:val="00313CE2"/>
    <w:rsid w:val="00314C41"/>
    <w:rsid w:val="00326D2B"/>
    <w:rsid w:val="00326F90"/>
    <w:rsid w:val="00330D40"/>
    <w:rsid w:val="00331DFC"/>
    <w:rsid w:val="00336CFE"/>
    <w:rsid w:val="00340B3F"/>
    <w:rsid w:val="003456A2"/>
    <w:rsid w:val="00347A7F"/>
    <w:rsid w:val="003562FB"/>
    <w:rsid w:val="00356C0D"/>
    <w:rsid w:val="00363314"/>
    <w:rsid w:val="003650AF"/>
    <w:rsid w:val="0036534D"/>
    <w:rsid w:val="00366BD4"/>
    <w:rsid w:val="003675AC"/>
    <w:rsid w:val="003700DF"/>
    <w:rsid w:val="0037058A"/>
    <w:rsid w:val="0037198A"/>
    <w:rsid w:val="00373714"/>
    <w:rsid w:val="00376535"/>
    <w:rsid w:val="0037705E"/>
    <w:rsid w:val="0038382E"/>
    <w:rsid w:val="0038511F"/>
    <w:rsid w:val="00387A49"/>
    <w:rsid w:val="00392A69"/>
    <w:rsid w:val="003958CF"/>
    <w:rsid w:val="00396FFA"/>
    <w:rsid w:val="003A0DE0"/>
    <w:rsid w:val="003A18F1"/>
    <w:rsid w:val="003A4E69"/>
    <w:rsid w:val="003B103E"/>
    <w:rsid w:val="003B3C40"/>
    <w:rsid w:val="003C0184"/>
    <w:rsid w:val="003C067E"/>
    <w:rsid w:val="003C18AF"/>
    <w:rsid w:val="003C25B8"/>
    <w:rsid w:val="003C5883"/>
    <w:rsid w:val="003D71AD"/>
    <w:rsid w:val="003E1229"/>
    <w:rsid w:val="003E7FF7"/>
    <w:rsid w:val="003F424A"/>
    <w:rsid w:val="003F5803"/>
    <w:rsid w:val="00402CD8"/>
    <w:rsid w:val="00405A00"/>
    <w:rsid w:val="004066DA"/>
    <w:rsid w:val="00406F05"/>
    <w:rsid w:val="0041002C"/>
    <w:rsid w:val="00410864"/>
    <w:rsid w:val="004128CB"/>
    <w:rsid w:val="004157F9"/>
    <w:rsid w:val="00416325"/>
    <w:rsid w:val="00420FB9"/>
    <w:rsid w:val="004247D8"/>
    <w:rsid w:val="00432DA0"/>
    <w:rsid w:val="004333D3"/>
    <w:rsid w:val="00443071"/>
    <w:rsid w:val="00444DA9"/>
    <w:rsid w:val="00453688"/>
    <w:rsid w:val="0047223D"/>
    <w:rsid w:val="00473D97"/>
    <w:rsid w:val="00476846"/>
    <w:rsid w:val="0048510D"/>
    <w:rsid w:val="004859E8"/>
    <w:rsid w:val="004879BC"/>
    <w:rsid w:val="004A7540"/>
    <w:rsid w:val="004B23D3"/>
    <w:rsid w:val="004B4CB4"/>
    <w:rsid w:val="004B54A1"/>
    <w:rsid w:val="004C078B"/>
    <w:rsid w:val="004C0E64"/>
    <w:rsid w:val="004C7D25"/>
    <w:rsid w:val="004D0B71"/>
    <w:rsid w:val="004D0F52"/>
    <w:rsid w:val="004D3775"/>
    <w:rsid w:val="004D38CF"/>
    <w:rsid w:val="004D63CF"/>
    <w:rsid w:val="004E1F74"/>
    <w:rsid w:val="004E2F6E"/>
    <w:rsid w:val="004E447D"/>
    <w:rsid w:val="004F0B40"/>
    <w:rsid w:val="004F0D77"/>
    <w:rsid w:val="004F0F42"/>
    <w:rsid w:val="004F1DB4"/>
    <w:rsid w:val="004F478C"/>
    <w:rsid w:val="004F7157"/>
    <w:rsid w:val="00500567"/>
    <w:rsid w:val="00502DA8"/>
    <w:rsid w:val="005155EF"/>
    <w:rsid w:val="00522353"/>
    <w:rsid w:val="00525336"/>
    <w:rsid w:val="00527372"/>
    <w:rsid w:val="0053336B"/>
    <w:rsid w:val="0053517A"/>
    <w:rsid w:val="00556796"/>
    <w:rsid w:val="00566CA8"/>
    <w:rsid w:val="005728A5"/>
    <w:rsid w:val="005733B5"/>
    <w:rsid w:val="00584460"/>
    <w:rsid w:val="00587D3B"/>
    <w:rsid w:val="0059516A"/>
    <w:rsid w:val="005A12AE"/>
    <w:rsid w:val="005A3B15"/>
    <w:rsid w:val="005A5FA7"/>
    <w:rsid w:val="005A6A0F"/>
    <w:rsid w:val="005B0E34"/>
    <w:rsid w:val="005B4544"/>
    <w:rsid w:val="005B7D13"/>
    <w:rsid w:val="005C0746"/>
    <w:rsid w:val="005C253B"/>
    <w:rsid w:val="005C32D8"/>
    <w:rsid w:val="005C7E5E"/>
    <w:rsid w:val="005D1310"/>
    <w:rsid w:val="005D1E01"/>
    <w:rsid w:val="005D2BC7"/>
    <w:rsid w:val="005E1F28"/>
    <w:rsid w:val="005E258C"/>
    <w:rsid w:val="005E612B"/>
    <w:rsid w:val="005F13BA"/>
    <w:rsid w:val="005F58A1"/>
    <w:rsid w:val="00604FE3"/>
    <w:rsid w:val="0061529D"/>
    <w:rsid w:val="00624403"/>
    <w:rsid w:val="00630E9A"/>
    <w:rsid w:val="0063409F"/>
    <w:rsid w:val="00652374"/>
    <w:rsid w:val="00657469"/>
    <w:rsid w:val="0066003E"/>
    <w:rsid w:val="00665CF9"/>
    <w:rsid w:val="00665FD3"/>
    <w:rsid w:val="0066682B"/>
    <w:rsid w:val="006712CC"/>
    <w:rsid w:val="0067232E"/>
    <w:rsid w:val="0068285B"/>
    <w:rsid w:val="00683E18"/>
    <w:rsid w:val="00692DA8"/>
    <w:rsid w:val="00693E29"/>
    <w:rsid w:val="006A255C"/>
    <w:rsid w:val="006A44DA"/>
    <w:rsid w:val="006A4AA4"/>
    <w:rsid w:val="006A6D4A"/>
    <w:rsid w:val="006B2317"/>
    <w:rsid w:val="006C434A"/>
    <w:rsid w:val="006C4CE6"/>
    <w:rsid w:val="006D23C3"/>
    <w:rsid w:val="006D7275"/>
    <w:rsid w:val="006E3197"/>
    <w:rsid w:val="006F0647"/>
    <w:rsid w:val="006F1818"/>
    <w:rsid w:val="006F512D"/>
    <w:rsid w:val="006F53F7"/>
    <w:rsid w:val="007010DB"/>
    <w:rsid w:val="00707E77"/>
    <w:rsid w:val="0072128E"/>
    <w:rsid w:val="00725A76"/>
    <w:rsid w:val="007305E0"/>
    <w:rsid w:val="007326A5"/>
    <w:rsid w:val="00735256"/>
    <w:rsid w:val="007358CB"/>
    <w:rsid w:val="00735C04"/>
    <w:rsid w:val="00736F42"/>
    <w:rsid w:val="00737333"/>
    <w:rsid w:val="007428D3"/>
    <w:rsid w:val="00746B67"/>
    <w:rsid w:val="0075146C"/>
    <w:rsid w:val="0075235B"/>
    <w:rsid w:val="00752B7B"/>
    <w:rsid w:val="007530F3"/>
    <w:rsid w:val="007578BE"/>
    <w:rsid w:val="00777355"/>
    <w:rsid w:val="00785FF3"/>
    <w:rsid w:val="0079328D"/>
    <w:rsid w:val="007A2928"/>
    <w:rsid w:val="007A2E22"/>
    <w:rsid w:val="007A6A14"/>
    <w:rsid w:val="007A71DD"/>
    <w:rsid w:val="007B533D"/>
    <w:rsid w:val="007D17E5"/>
    <w:rsid w:val="007D4981"/>
    <w:rsid w:val="007D56FD"/>
    <w:rsid w:val="007E0205"/>
    <w:rsid w:val="007E1B3B"/>
    <w:rsid w:val="007E68FD"/>
    <w:rsid w:val="007F11E7"/>
    <w:rsid w:val="007F3301"/>
    <w:rsid w:val="007F369F"/>
    <w:rsid w:val="007F4C67"/>
    <w:rsid w:val="007F5ACE"/>
    <w:rsid w:val="0081180C"/>
    <w:rsid w:val="008129B6"/>
    <w:rsid w:val="008132B1"/>
    <w:rsid w:val="00824363"/>
    <w:rsid w:val="00825691"/>
    <w:rsid w:val="00835258"/>
    <w:rsid w:val="00841DC2"/>
    <w:rsid w:val="0085125F"/>
    <w:rsid w:val="00857BFA"/>
    <w:rsid w:val="00857EA9"/>
    <w:rsid w:val="008654D9"/>
    <w:rsid w:val="00866E89"/>
    <w:rsid w:val="00873959"/>
    <w:rsid w:val="00880190"/>
    <w:rsid w:val="00883A62"/>
    <w:rsid w:val="00890AF5"/>
    <w:rsid w:val="0089272E"/>
    <w:rsid w:val="00892B27"/>
    <w:rsid w:val="00893F14"/>
    <w:rsid w:val="008A4F61"/>
    <w:rsid w:val="008A629C"/>
    <w:rsid w:val="008B2B69"/>
    <w:rsid w:val="008B366E"/>
    <w:rsid w:val="008B4DFD"/>
    <w:rsid w:val="008B5213"/>
    <w:rsid w:val="008C570A"/>
    <w:rsid w:val="008D0A77"/>
    <w:rsid w:val="008D132F"/>
    <w:rsid w:val="008D3B97"/>
    <w:rsid w:val="008E0D17"/>
    <w:rsid w:val="008E32E7"/>
    <w:rsid w:val="008E4CC0"/>
    <w:rsid w:val="008E763F"/>
    <w:rsid w:val="008F23E4"/>
    <w:rsid w:val="008F4B6A"/>
    <w:rsid w:val="008F4F53"/>
    <w:rsid w:val="00911432"/>
    <w:rsid w:val="00911C38"/>
    <w:rsid w:val="00912DEF"/>
    <w:rsid w:val="00915861"/>
    <w:rsid w:val="009159CD"/>
    <w:rsid w:val="00916592"/>
    <w:rsid w:val="00922391"/>
    <w:rsid w:val="00925F51"/>
    <w:rsid w:val="00932CA8"/>
    <w:rsid w:val="00934980"/>
    <w:rsid w:val="00944310"/>
    <w:rsid w:val="009457CF"/>
    <w:rsid w:val="0095331D"/>
    <w:rsid w:val="00961965"/>
    <w:rsid w:val="00962061"/>
    <w:rsid w:val="0097191C"/>
    <w:rsid w:val="009847DF"/>
    <w:rsid w:val="00994DB1"/>
    <w:rsid w:val="009A0F01"/>
    <w:rsid w:val="009A1A3C"/>
    <w:rsid w:val="009A213D"/>
    <w:rsid w:val="009A64C3"/>
    <w:rsid w:val="009B2C8A"/>
    <w:rsid w:val="009B58C5"/>
    <w:rsid w:val="009C1F77"/>
    <w:rsid w:val="009C201B"/>
    <w:rsid w:val="009D326E"/>
    <w:rsid w:val="009E126B"/>
    <w:rsid w:val="009E18A4"/>
    <w:rsid w:val="009E1D94"/>
    <w:rsid w:val="009E230E"/>
    <w:rsid w:val="009E4EB0"/>
    <w:rsid w:val="009E59DF"/>
    <w:rsid w:val="009E66A9"/>
    <w:rsid w:val="009E73CF"/>
    <w:rsid w:val="009F2D73"/>
    <w:rsid w:val="00A0185B"/>
    <w:rsid w:val="00A01D50"/>
    <w:rsid w:val="00A02532"/>
    <w:rsid w:val="00A1505F"/>
    <w:rsid w:val="00A16756"/>
    <w:rsid w:val="00A17881"/>
    <w:rsid w:val="00A2310E"/>
    <w:rsid w:val="00A23AEB"/>
    <w:rsid w:val="00A24013"/>
    <w:rsid w:val="00A32093"/>
    <w:rsid w:val="00A3756A"/>
    <w:rsid w:val="00A40A6E"/>
    <w:rsid w:val="00A41639"/>
    <w:rsid w:val="00A510E1"/>
    <w:rsid w:val="00A53A7E"/>
    <w:rsid w:val="00A60BF2"/>
    <w:rsid w:val="00A67096"/>
    <w:rsid w:val="00A674FE"/>
    <w:rsid w:val="00A71BE3"/>
    <w:rsid w:val="00A74CF8"/>
    <w:rsid w:val="00A8544E"/>
    <w:rsid w:val="00A900BC"/>
    <w:rsid w:val="00AA1D8D"/>
    <w:rsid w:val="00AA68A8"/>
    <w:rsid w:val="00AB106D"/>
    <w:rsid w:val="00AB1C5F"/>
    <w:rsid w:val="00AB6DB4"/>
    <w:rsid w:val="00AB7B00"/>
    <w:rsid w:val="00AC0148"/>
    <w:rsid w:val="00AC5927"/>
    <w:rsid w:val="00AD0EB0"/>
    <w:rsid w:val="00AD18AC"/>
    <w:rsid w:val="00AD2C5D"/>
    <w:rsid w:val="00AD302C"/>
    <w:rsid w:val="00AD3BCC"/>
    <w:rsid w:val="00AD4AEB"/>
    <w:rsid w:val="00AD507D"/>
    <w:rsid w:val="00AD6A7A"/>
    <w:rsid w:val="00AD72B1"/>
    <w:rsid w:val="00AE3B87"/>
    <w:rsid w:val="00AE4BB4"/>
    <w:rsid w:val="00AF1826"/>
    <w:rsid w:val="00AF2523"/>
    <w:rsid w:val="00AF380D"/>
    <w:rsid w:val="00B008B4"/>
    <w:rsid w:val="00B12028"/>
    <w:rsid w:val="00B12106"/>
    <w:rsid w:val="00B1256C"/>
    <w:rsid w:val="00B13E88"/>
    <w:rsid w:val="00B15125"/>
    <w:rsid w:val="00B1566D"/>
    <w:rsid w:val="00B20F41"/>
    <w:rsid w:val="00B27D77"/>
    <w:rsid w:val="00B31D75"/>
    <w:rsid w:val="00B34C57"/>
    <w:rsid w:val="00B34EDD"/>
    <w:rsid w:val="00B379DE"/>
    <w:rsid w:val="00B4155B"/>
    <w:rsid w:val="00B454B7"/>
    <w:rsid w:val="00B47730"/>
    <w:rsid w:val="00B55C21"/>
    <w:rsid w:val="00B57D14"/>
    <w:rsid w:val="00B614B4"/>
    <w:rsid w:val="00B65DDD"/>
    <w:rsid w:val="00B67B91"/>
    <w:rsid w:val="00B77E68"/>
    <w:rsid w:val="00B812D6"/>
    <w:rsid w:val="00B81AE8"/>
    <w:rsid w:val="00B82882"/>
    <w:rsid w:val="00B8478F"/>
    <w:rsid w:val="00B87933"/>
    <w:rsid w:val="00B92D48"/>
    <w:rsid w:val="00B931ED"/>
    <w:rsid w:val="00B948C8"/>
    <w:rsid w:val="00BA4323"/>
    <w:rsid w:val="00BA798A"/>
    <w:rsid w:val="00BB1256"/>
    <w:rsid w:val="00BB226F"/>
    <w:rsid w:val="00BC0083"/>
    <w:rsid w:val="00BC0CBF"/>
    <w:rsid w:val="00BC7565"/>
    <w:rsid w:val="00BD4E84"/>
    <w:rsid w:val="00BD4F3D"/>
    <w:rsid w:val="00BE020C"/>
    <w:rsid w:val="00BE66F9"/>
    <w:rsid w:val="00BE6E90"/>
    <w:rsid w:val="00BF0DFC"/>
    <w:rsid w:val="00BF1531"/>
    <w:rsid w:val="00BF3434"/>
    <w:rsid w:val="00BF4F3F"/>
    <w:rsid w:val="00BF4F5C"/>
    <w:rsid w:val="00BF60B7"/>
    <w:rsid w:val="00BF61FD"/>
    <w:rsid w:val="00C02EEF"/>
    <w:rsid w:val="00C05F46"/>
    <w:rsid w:val="00C24F31"/>
    <w:rsid w:val="00C302A4"/>
    <w:rsid w:val="00C31289"/>
    <w:rsid w:val="00C3428D"/>
    <w:rsid w:val="00C35B24"/>
    <w:rsid w:val="00C41652"/>
    <w:rsid w:val="00C4496F"/>
    <w:rsid w:val="00C47D3B"/>
    <w:rsid w:val="00C538C6"/>
    <w:rsid w:val="00C6379D"/>
    <w:rsid w:val="00C7302C"/>
    <w:rsid w:val="00C8151A"/>
    <w:rsid w:val="00C87E16"/>
    <w:rsid w:val="00C96EFA"/>
    <w:rsid w:val="00CA1D50"/>
    <w:rsid w:val="00CA3BE3"/>
    <w:rsid w:val="00CA57FF"/>
    <w:rsid w:val="00CA6588"/>
    <w:rsid w:val="00CA69D7"/>
    <w:rsid w:val="00CB0664"/>
    <w:rsid w:val="00CB633F"/>
    <w:rsid w:val="00CC014F"/>
    <w:rsid w:val="00CC089C"/>
    <w:rsid w:val="00CD7C37"/>
    <w:rsid w:val="00CE102F"/>
    <w:rsid w:val="00CE69BA"/>
    <w:rsid w:val="00CF0BAD"/>
    <w:rsid w:val="00CF3209"/>
    <w:rsid w:val="00CF50A6"/>
    <w:rsid w:val="00D0372D"/>
    <w:rsid w:val="00D03AE1"/>
    <w:rsid w:val="00D046BD"/>
    <w:rsid w:val="00D113F1"/>
    <w:rsid w:val="00D141BE"/>
    <w:rsid w:val="00D17EA3"/>
    <w:rsid w:val="00D227DA"/>
    <w:rsid w:val="00D241AD"/>
    <w:rsid w:val="00D244B4"/>
    <w:rsid w:val="00D3247E"/>
    <w:rsid w:val="00D32BAC"/>
    <w:rsid w:val="00D339AB"/>
    <w:rsid w:val="00D3552D"/>
    <w:rsid w:val="00D35FC8"/>
    <w:rsid w:val="00D37CD8"/>
    <w:rsid w:val="00D41CC0"/>
    <w:rsid w:val="00D4248F"/>
    <w:rsid w:val="00D441DD"/>
    <w:rsid w:val="00D53141"/>
    <w:rsid w:val="00D54E93"/>
    <w:rsid w:val="00D5510C"/>
    <w:rsid w:val="00D57070"/>
    <w:rsid w:val="00D64DE1"/>
    <w:rsid w:val="00D66BBF"/>
    <w:rsid w:val="00D71A6C"/>
    <w:rsid w:val="00D7275B"/>
    <w:rsid w:val="00D730C9"/>
    <w:rsid w:val="00D81E20"/>
    <w:rsid w:val="00D87376"/>
    <w:rsid w:val="00DA070B"/>
    <w:rsid w:val="00DA7345"/>
    <w:rsid w:val="00DB0546"/>
    <w:rsid w:val="00DB4034"/>
    <w:rsid w:val="00DC2158"/>
    <w:rsid w:val="00DD6043"/>
    <w:rsid w:val="00DD6316"/>
    <w:rsid w:val="00DE3A81"/>
    <w:rsid w:val="00DE3AA7"/>
    <w:rsid w:val="00DF2A7F"/>
    <w:rsid w:val="00DF6D31"/>
    <w:rsid w:val="00E01173"/>
    <w:rsid w:val="00E020F0"/>
    <w:rsid w:val="00E04B7D"/>
    <w:rsid w:val="00E0669A"/>
    <w:rsid w:val="00E06768"/>
    <w:rsid w:val="00E117C7"/>
    <w:rsid w:val="00E26222"/>
    <w:rsid w:val="00E306EC"/>
    <w:rsid w:val="00E3233A"/>
    <w:rsid w:val="00E32664"/>
    <w:rsid w:val="00E33D73"/>
    <w:rsid w:val="00E37DE1"/>
    <w:rsid w:val="00E43B79"/>
    <w:rsid w:val="00E43BF4"/>
    <w:rsid w:val="00E470C4"/>
    <w:rsid w:val="00E51064"/>
    <w:rsid w:val="00E625CD"/>
    <w:rsid w:val="00E6502B"/>
    <w:rsid w:val="00E66ADB"/>
    <w:rsid w:val="00E747A8"/>
    <w:rsid w:val="00E77B02"/>
    <w:rsid w:val="00E91D95"/>
    <w:rsid w:val="00E929DF"/>
    <w:rsid w:val="00E937A2"/>
    <w:rsid w:val="00E938A5"/>
    <w:rsid w:val="00E95ADC"/>
    <w:rsid w:val="00E9744D"/>
    <w:rsid w:val="00EA0B59"/>
    <w:rsid w:val="00EA2947"/>
    <w:rsid w:val="00EA6094"/>
    <w:rsid w:val="00EA7640"/>
    <w:rsid w:val="00EA7FCE"/>
    <w:rsid w:val="00EB101A"/>
    <w:rsid w:val="00EB79B3"/>
    <w:rsid w:val="00EB7A98"/>
    <w:rsid w:val="00EC0298"/>
    <w:rsid w:val="00EC0F74"/>
    <w:rsid w:val="00EC25FD"/>
    <w:rsid w:val="00EC2EB7"/>
    <w:rsid w:val="00ED44BA"/>
    <w:rsid w:val="00ED76E7"/>
    <w:rsid w:val="00EE2D9F"/>
    <w:rsid w:val="00EE44EF"/>
    <w:rsid w:val="00EF4C55"/>
    <w:rsid w:val="00EF5430"/>
    <w:rsid w:val="00F04D05"/>
    <w:rsid w:val="00F0741A"/>
    <w:rsid w:val="00F15273"/>
    <w:rsid w:val="00F228CD"/>
    <w:rsid w:val="00F24F30"/>
    <w:rsid w:val="00F271CA"/>
    <w:rsid w:val="00F3346A"/>
    <w:rsid w:val="00F35317"/>
    <w:rsid w:val="00F37DD8"/>
    <w:rsid w:val="00F40E34"/>
    <w:rsid w:val="00F4367B"/>
    <w:rsid w:val="00F43714"/>
    <w:rsid w:val="00F46862"/>
    <w:rsid w:val="00F51047"/>
    <w:rsid w:val="00F51BDE"/>
    <w:rsid w:val="00F571F6"/>
    <w:rsid w:val="00F6089C"/>
    <w:rsid w:val="00F608D7"/>
    <w:rsid w:val="00F655D1"/>
    <w:rsid w:val="00F66C84"/>
    <w:rsid w:val="00F71919"/>
    <w:rsid w:val="00F750A2"/>
    <w:rsid w:val="00F769E3"/>
    <w:rsid w:val="00F80781"/>
    <w:rsid w:val="00F819A3"/>
    <w:rsid w:val="00F84941"/>
    <w:rsid w:val="00F877B2"/>
    <w:rsid w:val="00F905FD"/>
    <w:rsid w:val="00F97274"/>
    <w:rsid w:val="00FA1606"/>
    <w:rsid w:val="00FA19CA"/>
    <w:rsid w:val="00FA3AC2"/>
    <w:rsid w:val="00FB0975"/>
    <w:rsid w:val="00FB1FC3"/>
    <w:rsid w:val="00FB3333"/>
    <w:rsid w:val="00FB3837"/>
    <w:rsid w:val="00FC0301"/>
    <w:rsid w:val="00FC4FA5"/>
    <w:rsid w:val="00FC693F"/>
    <w:rsid w:val="00FD1389"/>
    <w:rsid w:val="00FD5FF2"/>
    <w:rsid w:val="00FD7421"/>
    <w:rsid w:val="00FD7CB3"/>
    <w:rsid w:val="00FE180F"/>
    <w:rsid w:val="00FE2EBA"/>
    <w:rsid w:val="00FF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236F40"/>
  <w14:defaultImageDpi w14:val="330"/>
  <w15:docId w15:val="{0BA695C0-E614-4E00-8DAE-56D08CB1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274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1938</TotalTime>
  <Pages>3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Burman</cp:lastModifiedBy>
  <cp:revision>41</cp:revision>
  <dcterms:created xsi:type="dcterms:W3CDTF">2026-08-27T05:27:00Z</dcterms:created>
  <dcterms:modified xsi:type="dcterms:W3CDTF">2026-08-28T23:03:00Z</dcterms:modified>
  <cp:category/>
</cp:coreProperties>
</file>