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4D0E" w14:textId="77777777" w:rsidR="00F5203D" w:rsidRPr="00D4644D" w:rsidRDefault="00D4644D">
      <w:pPr>
        <w:pStyle w:val="Title"/>
        <w:rPr>
          <w:color w:val="auto"/>
        </w:rPr>
      </w:pPr>
      <w:r w:rsidRPr="00D4644D">
        <w:rPr>
          <w:color w:val="auto"/>
        </w:rPr>
        <w:t>Ullenhall Parish Council</w:t>
      </w:r>
    </w:p>
    <w:p w14:paraId="0ACCF020" w14:textId="77777777" w:rsidR="00F5203D" w:rsidRPr="00D4644D" w:rsidRDefault="00D4644D">
      <w:pPr>
        <w:pStyle w:val="Heading1"/>
        <w:rPr>
          <w:color w:val="auto"/>
        </w:rPr>
      </w:pPr>
      <w:r w:rsidRPr="00D4644D">
        <w:rPr>
          <w:color w:val="auto"/>
        </w:rPr>
        <w:t>Planning Application Meeting Agenda</w:t>
      </w:r>
    </w:p>
    <w:p w14:paraId="7324AD86" w14:textId="1A1FF75A" w:rsidR="00F5203D" w:rsidRPr="00D4644D" w:rsidRDefault="00D4644D">
      <w:r w:rsidRPr="00D4644D">
        <w:t>Date: Wednesday 17</w:t>
      </w:r>
      <w:r w:rsidRPr="00D4644D">
        <w:rPr>
          <w:vertAlign w:val="superscript"/>
        </w:rPr>
        <w:t>th</w:t>
      </w:r>
      <w:r w:rsidRPr="00D4644D">
        <w:t xml:space="preserve"> September 2025</w:t>
      </w:r>
    </w:p>
    <w:p w14:paraId="6121ECD5" w14:textId="73D6E031" w:rsidR="00F5203D" w:rsidRPr="00D4644D" w:rsidRDefault="00D4644D">
      <w:r w:rsidRPr="00D4644D">
        <w:t>Time: 6.00pm</w:t>
      </w:r>
    </w:p>
    <w:p w14:paraId="03DF42B9" w14:textId="2DF67664" w:rsidR="00F5203D" w:rsidRPr="00D4644D" w:rsidRDefault="00D4644D">
      <w:r w:rsidRPr="00D4644D">
        <w:t>Location: Meeting Room, Ullenhall Village Hall</w:t>
      </w:r>
    </w:p>
    <w:p w14:paraId="571C55E9" w14:textId="683BF320" w:rsidR="00F5203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1. Apologies for Absence</w:t>
      </w:r>
    </w:p>
    <w:p w14:paraId="4D5ABA2D" w14:textId="65D7E031" w:rsidR="00F5203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2. Declarations of Interest</w:t>
      </w:r>
    </w:p>
    <w:p w14:paraId="6D4B98DD" w14:textId="0B72A191" w:rsidR="00D4644D" w:rsidRPr="00D4644D" w:rsidRDefault="00D4644D" w:rsidP="00D4644D">
      <w:pPr>
        <w:pStyle w:val="Heading2"/>
        <w:rPr>
          <w:color w:val="auto"/>
        </w:rPr>
      </w:pPr>
      <w:r w:rsidRPr="00D4644D">
        <w:rPr>
          <w:color w:val="auto"/>
        </w:rPr>
        <w:t>3. Open Forum</w:t>
      </w:r>
    </w:p>
    <w:p w14:paraId="21DEBAD0" w14:textId="77777777" w:rsidR="00F5203D" w:rsidRPr="00D4644D" w:rsidRDefault="00D4644D">
      <w:pPr>
        <w:pStyle w:val="Heading2"/>
        <w:rPr>
          <w:color w:val="auto"/>
        </w:rPr>
      </w:pPr>
      <w:r w:rsidRPr="00D4644D">
        <w:rPr>
          <w:color w:val="auto"/>
        </w:rPr>
        <w:t>4. Planning Applications for Consideration</w:t>
      </w:r>
    </w:p>
    <w:p w14:paraId="78B191C7" w14:textId="77777777" w:rsidR="00F5203D" w:rsidRPr="00D4644D" w:rsidRDefault="00D4644D">
      <w:pPr>
        <w:rPr>
          <w:b/>
          <w:bCs/>
        </w:rPr>
      </w:pPr>
      <w:r w:rsidRPr="00D4644D">
        <w:rPr>
          <w:b/>
          <w:bCs/>
        </w:rPr>
        <w:t>Application Reference: 25/02023/FUL</w:t>
      </w:r>
    </w:p>
    <w:p w14:paraId="4F3285CA" w14:textId="77777777" w:rsidR="00F5203D" w:rsidRPr="00D4644D" w:rsidRDefault="00D4644D">
      <w:r w:rsidRPr="00D4644D">
        <w:t>Proposal: Proposed extension and alterations to existing dwelling and garage</w:t>
      </w:r>
    </w:p>
    <w:p w14:paraId="60437205" w14:textId="77777777" w:rsidR="00F5203D" w:rsidRPr="00D4644D" w:rsidRDefault="00D4644D">
      <w:r w:rsidRPr="00D4644D">
        <w:t>Location: Springfield, Perry Mill Lane, Ullenhall, Henley-in-Arden, B95 5RW</w:t>
      </w:r>
    </w:p>
    <w:p w14:paraId="167A0947" w14:textId="77777777" w:rsidR="00F5203D" w:rsidRPr="00D4644D" w:rsidRDefault="00D4644D">
      <w:r w:rsidRPr="00D4644D">
        <w:t>Applicant: Mr and Mrs Davies</w:t>
      </w:r>
    </w:p>
    <w:p w14:paraId="0B88FB88" w14:textId="38633B1C" w:rsidR="00F5203D" w:rsidRPr="00D4644D" w:rsidRDefault="00D4644D">
      <w:r w:rsidRPr="00D4644D">
        <w:t>Comments Due By: 22 September 2025</w:t>
      </w:r>
    </w:p>
    <w:p w14:paraId="5617EEFA" w14:textId="77777777" w:rsidR="00F5203D" w:rsidRPr="00D4644D" w:rsidRDefault="00D4644D">
      <w:pPr>
        <w:rPr>
          <w:b/>
          <w:bCs/>
        </w:rPr>
      </w:pPr>
      <w:r w:rsidRPr="00D4644D">
        <w:rPr>
          <w:b/>
          <w:bCs/>
        </w:rPr>
        <w:t>Application Reference: 25/02157/AAPA</w:t>
      </w:r>
    </w:p>
    <w:p w14:paraId="6F37CF33" w14:textId="77777777" w:rsidR="00F5203D" w:rsidRPr="00D4644D" w:rsidRDefault="00D4644D">
      <w:r w:rsidRPr="00D4644D">
        <w:t>Proposal: Additional storey added to existing detached bungalow</w:t>
      </w:r>
    </w:p>
    <w:p w14:paraId="4B14C453" w14:textId="77777777" w:rsidR="00F5203D" w:rsidRPr="00D4644D" w:rsidRDefault="00D4644D">
      <w:r w:rsidRPr="00D4644D">
        <w:t>Location: River Mead, Tanworth Lane, Henley-in-Arden, B95 5RB</w:t>
      </w:r>
    </w:p>
    <w:p w14:paraId="76BC7419" w14:textId="77777777" w:rsidR="00F5203D" w:rsidRPr="00D4644D" w:rsidRDefault="00D4644D">
      <w:r w:rsidRPr="00D4644D">
        <w:t>Applicant: Mr S Hird</w:t>
      </w:r>
    </w:p>
    <w:p w14:paraId="08E541FD" w14:textId="47ACF950" w:rsidR="00F5203D" w:rsidRPr="00D4644D" w:rsidRDefault="00D4644D">
      <w:r w:rsidRPr="00D4644D">
        <w:t>Comments Due By: 29 September 2025</w:t>
      </w:r>
    </w:p>
    <w:p w14:paraId="5E213045" w14:textId="77777777" w:rsidR="00F5203D" w:rsidRPr="00D4644D" w:rsidRDefault="00D4644D">
      <w:r w:rsidRPr="00D4644D">
        <w:t>Please note: Application 25/02157/AAPA is a notification for prior approval and not a formal planning application.</w:t>
      </w:r>
    </w:p>
    <w:p w14:paraId="1AA1D5FB" w14:textId="77777777" w:rsidR="00F5203D" w:rsidRPr="00D4644D" w:rsidRDefault="00D4644D">
      <w:pPr>
        <w:pStyle w:val="Heading2"/>
        <w:rPr>
          <w:color w:val="auto"/>
        </w:rPr>
      </w:pPr>
      <w:r w:rsidRPr="00D4644D">
        <w:rPr>
          <w:color w:val="auto"/>
        </w:rPr>
        <w:t>6. Date of Next Meeting</w:t>
      </w:r>
    </w:p>
    <w:p w14:paraId="4D9ACAD6" w14:textId="3CB1D7DC" w:rsidR="00F5203D" w:rsidRPr="00D4644D" w:rsidRDefault="00D4644D">
      <w:r w:rsidRPr="00D4644D">
        <w:t xml:space="preserve">• Tuesday </w:t>
      </w:r>
      <w:r w:rsidR="0085643C">
        <w:t>7</w:t>
      </w:r>
      <w:r w:rsidRPr="00D4644D">
        <w:rPr>
          <w:vertAlign w:val="superscript"/>
        </w:rPr>
        <w:t>th</w:t>
      </w:r>
      <w:r w:rsidRPr="00D4644D">
        <w:t xml:space="preserve"> October 7pm</w:t>
      </w:r>
    </w:p>
    <w:sectPr w:rsidR="00F5203D" w:rsidRPr="00D4644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666755">
    <w:abstractNumId w:val="8"/>
  </w:num>
  <w:num w:numId="2" w16cid:durableId="2043050690">
    <w:abstractNumId w:val="6"/>
  </w:num>
  <w:num w:numId="3" w16cid:durableId="583076130">
    <w:abstractNumId w:val="5"/>
  </w:num>
  <w:num w:numId="4" w16cid:durableId="1955401245">
    <w:abstractNumId w:val="4"/>
  </w:num>
  <w:num w:numId="5" w16cid:durableId="1196696835">
    <w:abstractNumId w:val="7"/>
  </w:num>
  <w:num w:numId="6" w16cid:durableId="119230378">
    <w:abstractNumId w:val="3"/>
  </w:num>
  <w:num w:numId="7" w16cid:durableId="5636448">
    <w:abstractNumId w:val="2"/>
  </w:num>
  <w:num w:numId="8" w16cid:durableId="865367226">
    <w:abstractNumId w:val="1"/>
  </w:num>
  <w:num w:numId="9" w16cid:durableId="33511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6645"/>
    <w:rsid w:val="0085643C"/>
    <w:rsid w:val="00AA1D8D"/>
    <w:rsid w:val="00B47730"/>
    <w:rsid w:val="00CB0664"/>
    <w:rsid w:val="00D4644D"/>
    <w:rsid w:val="00F520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D504A7"/>
  <w14:defaultImageDpi w14:val="300"/>
  <w15:docId w15:val="{8817FD57-7413-4942-8495-2D215C9E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3</cp:revision>
  <dcterms:created xsi:type="dcterms:W3CDTF">2025-09-14T16:03:00Z</dcterms:created>
  <dcterms:modified xsi:type="dcterms:W3CDTF">2025-09-14T16:11:00Z</dcterms:modified>
  <cp:category/>
</cp:coreProperties>
</file>