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ECCA6" w14:textId="77777777" w:rsidR="00367DA5" w:rsidRPr="000D2718" w:rsidRDefault="00803177">
      <w:pPr>
        <w:pStyle w:val="Title"/>
        <w:rPr>
          <w:rFonts w:ascii="Arial" w:hAnsi="Arial" w:cs="Arial"/>
        </w:rPr>
      </w:pPr>
      <w:r w:rsidRPr="000D2718">
        <w:rPr>
          <w:rFonts w:ascii="Arial" w:hAnsi="Arial" w:cs="Arial"/>
        </w:rPr>
        <w:t>Ullenhall Parish Council</w:t>
      </w:r>
    </w:p>
    <w:p w14:paraId="12CDE3C9" w14:textId="1FA49D5F" w:rsidR="00367DA5" w:rsidRPr="000D2718" w:rsidRDefault="00803177">
      <w:pPr>
        <w:pStyle w:val="Heading1"/>
        <w:rPr>
          <w:rFonts w:ascii="Arial" w:hAnsi="Arial" w:cs="Arial"/>
        </w:rPr>
      </w:pPr>
      <w:r w:rsidRPr="000D2718">
        <w:rPr>
          <w:rFonts w:ascii="Arial" w:hAnsi="Arial" w:cs="Arial"/>
        </w:rPr>
        <w:t>Planning</w:t>
      </w:r>
      <w:r>
        <w:rPr>
          <w:rFonts w:ascii="Arial" w:hAnsi="Arial" w:cs="Arial"/>
        </w:rPr>
        <w:t xml:space="preserve"> Application</w:t>
      </w:r>
      <w:r w:rsidRPr="000D2718">
        <w:rPr>
          <w:rFonts w:ascii="Arial" w:hAnsi="Arial" w:cs="Arial"/>
        </w:rPr>
        <w:t xml:space="preserve"> Meeting Agenda</w:t>
      </w:r>
    </w:p>
    <w:p w14:paraId="7FA84393" w14:textId="3A02E6FE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 xml:space="preserve">Date: </w:t>
      </w:r>
      <w:r w:rsidR="00B827FE" w:rsidRPr="000D2718">
        <w:rPr>
          <w:rFonts w:ascii="Arial" w:hAnsi="Arial" w:cs="Arial"/>
        </w:rPr>
        <w:t>18</w:t>
      </w:r>
      <w:r w:rsidR="00B827FE" w:rsidRPr="000D2718">
        <w:rPr>
          <w:rFonts w:ascii="Arial" w:hAnsi="Arial" w:cs="Arial"/>
          <w:vertAlign w:val="superscript"/>
        </w:rPr>
        <w:t>th</w:t>
      </w:r>
      <w:r w:rsidR="00B827FE" w:rsidRPr="000D2718">
        <w:rPr>
          <w:rFonts w:ascii="Arial" w:hAnsi="Arial" w:cs="Arial"/>
        </w:rPr>
        <w:t xml:space="preserve"> June 2025</w:t>
      </w:r>
    </w:p>
    <w:p w14:paraId="75354906" w14:textId="27D1313A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Time:</w:t>
      </w:r>
      <w:r w:rsidR="00B827FE" w:rsidRPr="000D2718">
        <w:rPr>
          <w:rFonts w:ascii="Arial" w:hAnsi="Arial" w:cs="Arial"/>
        </w:rPr>
        <w:t xml:space="preserve"> 7pm </w:t>
      </w:r>
    </w:p>
    <w:p w14:paraId="51050302" w14:textId="1AE9C89A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Location:</w:t>
      </w:r>
      <w:r w:rsidR="00B827FE" w:rsidRPr="000D2718">
        <w:rPr>
          <w:rFonts w:ascii="Arial" w:hAnsi="Arial" w:cs="Arial"/>
        </w:rPr>
        <w:t xml:space="preserve"> Meeting room, Ullenhall Village Hall</w:t>
      </w:r>
    </w:p>
    <w:p w14:paraId="48513BFE" w14:textId="77777777" w:rsidR="00367DA5" w:rsidRPr="000D2718" w:rsidRDefault="00803177">
      <w:pPr>
        <w:pStyle w:val="Heading2"/>
        <w:rPr>
          <w:rFonts w:ascii="Arial" w:hAnsi="Arial" w:cs="Arial"/>
        </w:rPr>
      </w:pPr>
      <w:r w:rsidRPr="000D2718">
        <w:rPr>
          <w:rFonts w:ascii="Arial" w:hAnsi="Arial" w:cs="Arial"/>
        </w:rPr>
        <w:t>1. Welcome and Apologies</w:t>
      </w:r>
    </w:p>
    <w:p w14:paraId="6F775810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• Chair to open the meeting</w:t>
      </w:r>
      <w:r w:rsidRPr="000D2718">
        <w:rPr>
          <w:rFonts w:ascii="Arial" w:hAnsi="Arial" w:cs="Arial"/>
        </w:rPr>
        <w:br/>
        <w:t>• Record any apologies for absence</w:t>
      </w:r>
    </w:p>
    <w:p w14:paraId="507A4104" w14:textId="77777777" w:rsidR="00367DA5" w:rsidRPr="000D2718" w:rsidRDefault="00803177">
      <w:pPr>
        <w:pStyle w:val="Heading2"/>
        <w:rPr>
          <w:rFonts w:ascii="Arial" w:hAnsi="Arial" w:cs="Arial"/>
        </w:rPr>
      </w:pPr>
      <w:r w:rsidRPr="000D2718">
        <w:rPr>
          <w:rFonts w:ascii="Arial" w:hAnsi="Arial" w:cs="Arial"/>
        </w:rPr>
        <w:t xml:space="preserve">2. </w:t>
      </w:r>
      <w:r w:rsidRPr="000D2718">
        <w:rPr>
          <w:rFonts w:ascii="Arial" w:hAnsi="Arial" w:cs="Arial"/>
        </w:rPr>
        <w:t>Declarations of Interest</w:t>
      </w:r>
    </w:p>
    <w:p w14:paraId="7D1D232C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• Councillors to declare any personal or pecuniary interests in relation to items on the agenda</w:t>
      </w:r>
    </w:p>
    <w:p w14:paraId="61DB3E53" w14:textId="1D3E9052" w:rsidR="00367DA5" w:rsidRPr="000D2718" w:rsidRDefault="00803177">
      <w:pPr>
        <w:pStyle w:val="Heading2"/>
        <w:rPr>
          <w:rFonts w:ascii="Arial" w:hAnsi="Arial" w:cs="Arial"/>
        </w:rPr>
      </w:pPr>
      <w:r w:rsidRPr="000D2718">
        <w:rPr>
          <w:rFonts w:ascii="Arial" w:hAnsi="Arial" w:cs="Arial"/>
        </w:rPr>
        <w:t>3. Public Participation</w:t>
      </w:r>
    </w:p>
    <w:p w14:paraId="32F2F35C" w14:textId="4E547D3E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• Opportunity for members of the public to make representations on the planning matter</w:t>
      </w:r>
    </w:p>
    <w:p w14:paraId="5FC972B2" w14:textId="4E420555" w:rsidR="000D2718" w:rsidRPr="000D2718" w:rsidRDefault="00803177" w:rsidP="000D2718">
      <w:pPr>
        <w:pStyle w:val="Heading2"/>
        <w:rPr>
          <w:rFonts w:ascii="Arial" w:hAnsi="Arial" w:cs="Arial"/>
        </w:rPr>
      </w:pPr>
      <w:r w:rsidRPr="000D2718">
        <w:rPr>
          <w:rFonts w:ascii="Arial" w:hAnsi="Arial" w:cs="Arial"/>
        </w:rPr>
        <w:t>4. Planning Application for Consideration</w:t>
      </w:r>
    </w:p>
    <w:p w14:paraId="105D9DB3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Application Reference: 25/01264/VARY</w:t>
      </w:r>
    </w:p>
    <w:p w14:paraId="72779B44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Location: Hillcrest, Ullenhall Lane, Ullenhall, Henley-in-Arden B95 5PL</w:t>
      </w:r>
    </w:p>
    <w:p w14:paraId="718C653A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Applicant: Mr and Mrs Johnson</w:t>
      </w:r>
    </w:p>
    <w:p w14:paraId="32146712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Proposal:</w:t>
      </w:r>
    </w:p>
    <w:p w14:paraId="53C2E0E6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Variation of Conditions 2 and 3 of Application 13/00325/FUL to update approved drawings and materials, specifically:</w:t>
      </w:r>
      <w:r w:rsidRPr="000D2718">
        <w:rPr>
          <w:rFonts w:ascii="Arial" w:hAnsi="Arial" w:cs="Arial"/>
        </w:rPr>
        <w:br/>
        <w:t>- Replace existing approved plans (dwg nos. 2009-04 and 2009-10) with:</w:t>
      </w:r>
      <w:r w:rsidRPr="000D2718">
        <w:rPr>
          <w:rFonts w:ascii="Arial" w:hAnsi="Arial" w:cs="Arial"/>
        </w:rPr>
        <w:br/>
        <w:t xml:space="preserve">  • 1314/28 – Proposed Garage Plan and Elevations</w:t>
      </w:r>
      <w:r w:rsidRPr="000D2718">
        <w:rPr>
          <w:rFonts w:ascii="Arial" w:hAnsi="Arial" w:cs="Arial"/>
        </w:rPr>
        <w:br/>
        <w:t xml:space="preserve">  • 1314/29 – Combined Plans and Elevations</w:t>
      </w:r>
      <w:r w:rsidRPr="000D2718">
        <w:rPr>
          <w:rFonts w:ascii="Arial" w:hAnsi="Arial" w:cs="Arial"/>
        </w:rPr>
        <w:br/>
        <w:t xml:space="preserve">  • 1314/30 – Site Layout Garage CGI</w:t>
      </w:r>
      <w:r w:rsidRPr="000D2718">
        <w:rPr>
          <w:rFonts w:ascii="Arial" w:hAnsi="Arial" w:cs="Arial"/>
        </w:rPr>
        <w:br/>
        <w:t>- Refer to updated Planning Statement for revised materials</w:t>
      </w:r>
    </w:p>
    <w:p w14:paraId="763ABCB4" w14:textId="77777777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Case Officer: Lindsey Young</w:t>
      </w:r>
    </w:p>
    <w:p w14:paraId="2D0799F4" w14:textId="0CDDA37E" w:rsidR="00367DA5" w:rsidRPr="000D2718" w:rsidRDefault="00803177" w:rsidP="00B827FE">
      <w:pPr>
        <w:rPr>
          <w:rFonts w:ascii="Arial" w:hAnsi="Arial" w:cs="Arial"/>
        </w:rPr>
      </w:pPr>
      <w:r w:rsidRPr="000D2718">
        <w:rPr>
          <w:rFonts w:ascii="Arial" w:hAnsi="Arial" w:cs="Arial"/>
        </w:rPr>
        <w:t>Comments Deadline: 24 J</w:t>
      </w:r>
      <w:r w:rsidR="00B827FE" w:rsidRPr="000D2718">
        <w:rPr>
          <w:rFonts w:ascii="Arial" w:hAnsi="Arial" w:cs="Arial"/>
        </w:rPr>
        <w:t>une 2025</w:t>
      </w:r>
    </w:p>
    <w:p w14:paraId="17A9E7BB" w14:textId="77777777" w:rsidR="00367DA5" w:rsidRPr="000D2718" w:rsidRDefault="00803177">
      <w:pPr>
        <w:pStyle w:val="Heading2"/>
        <w:rPr>
          <w:rFonts w:ascii="Arial" w:hAnsi="Arial" w:cs="Arial"/>
        </w:rPr>
      </w:pPr>
      <w:r w:rsidRPr="000D2718">
        <w:rPr>
          <w:rFonts w:ascii="Arial" w:hAnsi="Arial" w:cs="Arial"/>
        </w:rPr>
        <w:t>6. Date of Next Meeting</w:t>
      </w:r>
    </w:p>
    <w:p w14:paraId="6C2BAC59" w14:textId="2568BE00" w:rsidR="00367DA5" w:rsidRPr="000D2718" w:rsidRDefault="00803177">
      <w:pPr>
        <w:rPr>
          <w:rFonts w:ascii="Arial" w:hAnsi="Arial" w:cs="Arial"/>
        </w:rPr>
      </w:pPr>
      <w:r w:rsidRPr="000D2718">
        <w:rPr>
          <w:rFonts w:ascii="Arial" w:hAnsi="Arial" w:cs="Arial"/>
        </w:rPr>
        <w:t>•</w:t>
      </w:r>
      <w:r w:rsidR="00B827FE" w:rsidRPr="000D2718">
        <w:rPr>
          <w:rFonts w:ascii="Arial" w:hAnsi="Arial" w:cs="Arial"/>
        </w:rPr>
        <w:t xml:space="preserve"> Tuesday 1</w:t>
      </w:r>
      <w:r w:rsidR="00B827FE" w:rsidRPr="000D2718">
        <w:rPr>
          <w:rFonts w:ascii="Arial" w:hAnsi="Arial" w:cs="Arial"/>
          <w:vertAlign w:val="superscript"/>
        </w:rPr>
        <w:t>st</w:t>
      </w:r>
      <w:r w:rsidR="00B827FE" w:rsidRPr="000D2718">
        <w:rPr>
          <w:rFonts w:ascii="Arial" w:hAnsi="Arial" w:cs="Arial"/>
        </w:rPr>
        <w:t xml:space="preserve"> July 2025</w:t>
      </w:r>
    </w:p>
    <w:sectPr w:rsidR="00367DA5" w:rsidRPr="000D27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8095448">
    <w:abstractNumId w:val="8"/>
  </w:num>
  <w:num w:numId="2" w16cid:durableId="508301867">
    <w:abstractNumId w:val="6"/>
  </w:num>
  <w:num w:numId="3" w16cid:durableId="1156150446">
    <w:abstractNumId w:val="5"/>
  </w:num>
  <w:num w:numId="4" w16cid:durableId="1795438278">
    <w:abstractNumId w:val="4"/>
  </w:num>
  <w:num w:numId="5" w16cid:durableId="519974814">
    <w:abstractNumId w:val="7"/>
  </w:num>
  <w:num w:numId="6" w16cid:durableId="1574048080">
    <w:abstractNumId w:val="3"/>
  </w:num>
  <w:num w:numId="7" w16cid:durableId="1452936857">
    <w:abstractNumId w:val="2"/>
  </w:num>
  <w:num w:numId="8" w16cid:durableId="1140729740">
    <w:abstractNumId w:val="1"/>
  </w:num>
  <w:num w:numId="9" w16cid:durableId="124475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718"/>
    <w:rsid w:val="0015074B"/>
    <w:rsid w:val="0029639D"/>
    <w:rsid w:val="00326F90"/>
    <w:rsid w:val="00367DA5"/>
    <w:rsid w:val="00803177"/>
    <w:rsid w:val="00A21076"/>
    <w:rsid w:val="00AA1D8D"/>
    <w:rsid w:val="00B47730"/>
    <w:rsid w:val="00B827F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9DAF25"/>
  <w14:defaultImageDpi w14:val="300"/>
  <w15:docId w15:val="{C1E2AB02-3701-470A-A02F-887130F3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2</cp:revision>
  <dcterms:created xsi:type="dcterms:W3CDTF">2025-06-16T13:10:00Z</dcterms:created>
  <dcterms:modified xsi:type="dcterms:W3CDTF">2025-06-16T13:10:00Z</dcterms:modified>
  <cp:category/>
</cp:coreProperties>
</file>